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EA" w:rsidRPr="00A4485E" w:rsidRDefault="006A7D2F">
      <w:pPr>
        <w:jc w:val="center"/>
        <w:rPr>
          <w:color w:val="000000" w:themeColor="text1"/>
        </w:rPr>
      </w:pPr>
      <w:r w:rsidRPr="00A4485E">
        <w:rPr>
          <w:b/>
          <w:color w:val="000000" w:themeColor="text1"/>
          <w:sz w:val="32"/>
        </w:rPr>
        <w:t>WORLD UNIVERSITY OF BANGLADESH</w:t>
      </w:r>
    </w:p>
    <w:p w:rsidR="00802EEA" w:rsidRPr="006A7D2F" w:rsidRDefault="006A7D2F">
      <w:pPr>
        <w:jc w:val="center"/>
        <w:rPr>
          <w:color w:val="000000" w:themeColor="text1"/>
          <w:sz w:val="18"/>
        </w:rPr>
      </w:pPr>
      <w:r w:rsidRPr="006A7D2F">
        <w:rPr>
          <w:b/>
          <w:color w:val="000000" w:themeColor="text1"/>
          <w:sz w:val="24"/>
        </w:rPr>
        <w:t>RESEARCH AND INNOVATION CENTER (RIC)</w:t>
      </w:r>
    </w:p>
    <w:p w:rsidR="00802EEA" w:rsidRPr="00A4485E" w:rsidRDefault="006A7D2F">
      <w:pPr>
        <w:jc w:val="center"/>
        <w:rPr>
          <w:color w:val="000000" w:themeColor="text1"/>
          <w:sz w:val="12"/>
        </w:rPr>
      </w:pPr>
      <w:r w:rsidRPr="00A4485E">
        <w:rPr>
          <w:b/>
          <w:color w:val="000000" w:themeColor="text1"/>
          <w:sz w:val="22"/>
        </w:rPr>
        <w:t>RESEARCH GRANT APPLICATION FORM</w:t>
      </w:r>
    </w:p>
    <w:p w:rsidR="00802EEA" w:rsidRPr="00A4485E" w:rsidRDefault="003F41E3">
      <w:pPr>
        <w:jc w:val="center"/>
        <w:rPr>
          <w:color w:val="000000" w:themeColor="text1"/>
        </w:rPr>
      </w:pPr>
      <w:r>
        <w:rPr>
          <w:i/>
          <w:color w:val="000000" w:themeColor="text1"/>
        </w:rPr>
        <w:t>For 12</w:t>
      </w:r>
      <w:r w:rsidR="006A7D2F" w:rsidRPr="00A4485E">
        <w:rPr>
          <w:i/>
          <w:color w:val="000000" w:themeColor="text1"/>
        </w:rPr>
        <w:t>-</w:t>
      </w:r>
      <w:bookmarkStart w:id="0" w:name="_GoBack"/>
      <w:r w:rsidR="006A7D2F" w:rsidRPr="00A4485E">
        <w:rPr>
          <w:i/>
          <w:color w:val="000000" w:themeColor="text1"/>
        </w:rPr>
        <w:t>Month</w:t>
      </w:r>
      <w:bookmarkEnd w:id="0"/>
      <w:r w:rsidR="006A7D2F" w:rsidRPr="00A4485E">
        <w:rPr>
          <w:i/>
          <w:color w:val="000000" w:themeColor="text1"/>
        </w:rPr>
        <w:t xml:space="preserve"> Research Pro</w:t>
      </w:r>
      <w:r>
        <w:rPr>
          <w:i/>
          <w:color w:val="000000" w:themeColor="text1"/>
        </w:rPr>
        <w:t>jects | Funding Cycle: 2026–2027</w:t>
      </w:r>
    </w:p>
    <w:p w:rsidR="00802EEA" w:rsidRPr="00A4485E" w:rsidRDefault="006A7D2F">
      <w:pPr>
        <w:pStyle w:val="Heading1"/>
        <w:rPr>
          <w:color w:val="000000" w:themeColor="text1"/>
        </w:rPr>
      </w:pPr>
      <w:r w:rsidRPr="00A4485E">
        <w:rPr>
          <w:color w:val="000000" w:themeColor="text1"/>
        </w:rPr>
        <w:t>General Instructions</w:t>
      </w:r>
    </w:p>
    <w:p w:rsidR="00802EEA" w:rsidRPr="00A4485E" w:rsidRDefault="006A7D2F" w:rsidP="00DC5414">
      <w:pPr>
        <w:pStyle w:val="ListParagraph"/>
        <w:numPr>
          <w:ilvl w:val="0"/>
          <w:numId w:val="13"/>
        </w:numPr>
        <w:rPr>
          <w:color w:val="000000" w:themeColor="text1"/>
        </w:rPr>
      </w:pPr>
      <w:r w:rsidRPr="00A4485E">
        <w:rPr>
          <w:color w:val="000000" w:themeColor="text1"/>
        </w:rPr>
        <w:t>This application is for research projec</w:t>
      </w:r>
      <w:r w:rsidR="003F41E3">
        <w:rPr>
          <w:color w:val="000000" w:themeColor="text1"/>
        </w:rPr>
        <w:t>ts with a maximum duration of 12</w:t>
      </w:r>
      <w:r w:rsidRPr="00A4485E">
        <w:rPr>
          <w:color w:val="000000" w:themeColor="text1"/>
        </w:rPr>
        <w:t xml:space="preserve"> months.</w:t>
      </w:r>
    </w:p>
    <w:p w:rsidR="00802EEA" w:rsidRPr="00A4485E" w:rsidRDefault="006A7D2F" w:rsidP="00DC5414">
      <w:pPr>
        <w:pStyle w:val="ListParagraph"/>
        <w:numPr>
          <w:ilvl w:val="0"/>
          <w:numId w:val="13"/>
        </w:numPr>
        <w:rPr>
          <w:color w:val="000000" w:themeColor="text1"/>
        </w:rPr>
      </w:pPr>
      <w:r w:rsidRPr="00A4485E">
        <w:rPr>
          <w:color w:val="000000" w:themeColor="text1"/>
        </w:rPr>
        <w:t>Applicants must complete both Section A and Section B.</w:t>
      </w:r>
    </w:p>
    <w:p w:rsidR="00802EEA" w:rsidRPr="00A4485E" w:rsidRDefault="006A7D2F" w:rsidP="00DC5414">
      <w:pPr>
        <w:pStyle w:val="ListParagraph"/>
        <w:numPr>
          <w:ilvl w:val="0"/>
          <w:numId w:val="13"/>
        </w:numPr>
        <w:rPr>
          <w:color w:val="000000" w:themeColor="text1"/>
        </w:rPr>
      </w:pPr>
      <w:r w:rsidRPr="00A4485E">
        <w:rPr>
          <w:color w:val="000000" w:themeColor="text1"/>
        </w:rPr>
        <w:t>The Principal Researcher (PR) is responsible for overall project management, research quality, financial management, and project outputs.</w:t>
      </w:r>
    </w:p>
    <w:p w:rsidR="00802EEA" w:rsidRPr="00A4485E" w:rsidRDefault="006A7D2F" w:rsidP="00DC5414">
      <w:pPr>
        <w:pStyle w:val="ListParagraph"/>
        <w:numPr>
          <w:ilvl w:val="0"/>
          <w:numId w:val="13"/>
        </w:numPr>
        <w:rPr>
          <w:color w:val="000000" w:themeColor="text1"/>
        </w:rPr>
      </w:pPr>
      <w:r w:rsidRPr="00A4485E">
        <w:rPr>
          <w:color w:val="000000" w:themeColor="text1"/>
        </w:rPr>
        <w:t>A maximum of two (2) co-researchers may be included.</w:t>
      </w:r>
    </w:p>
    <w:p w:rsidR="00802EEA" w:rsidRPr="00A4485E" w:rsidRDefault="006A7D2F" w:rsidP="00DC5414">
      <w:pPr>
        <w:pStyle w:val="ListParagraph"/>
        <w:numPr>
          <w:ilvl w:val="0"/>
          <w:numId w:val="13"/>
        </w:numPr>
        <w:rPr>
          <w:color w:val="000000" w:themeColor="text1"/>
        </w:rPr>
      </w:pPr>
      <w:r w:rsidRPr="00A4485E">
        <w:rPr>
          <w:color w:val="000000" w:themeColor="text1"/>
        </w:rPr>
        <w:t>The proposed research should demonstrate clear academic, practical, institutional, national, and/or societal significance.</w:t>
      </w:r>
    </w:p>
    <w:p w:rsidR="00802EEA" w:rsidRPr="00A4485E" w:rsidRDefault="006A7D2F" w:rsidP="00DC5414">
      <w:pPr>
        <w:pStyle w:val="ListParagraph"/>
        <w:numPr>
          <w:ilvl w:val="0"/>
          <w:numId w:val="13"/>
        </w:numPr>
        <w:rPr>
          <w:color w:val="000000" w:themeColor="text1"/>
        </w:rPr>
      </w:pPr>
      <w:r w:rsidRPr="00A4485E">
        <w:rPr>
          <w:color w:val="000000" w:themeColor="text1"/>
        </w:rPr>
        <w:t>Applicants should clearly demonstrate the contribution of the proposed research to relevant UN Sustainable Development Goals (SDGs).</w:t>
      </w:r>
    </w:p>
    <w:p w:rsidR="00802EEA" w:rsidRPr="00A4485E" w:rsidRDefault="006A7D2F" w:rsidP="00DC5414">
      <w:pPr>
        <w:pStyle w:val="ListParagraph"/>
        <w:numPr>
          <w:ilvl w:val="0"/>
          <w:numId w:val="13"/>
        </w:numPr>
        <w:rPr>
          <w:color w:val="000000" w:themeColor="text1"/>
        </w:rPr>
      </w:pPr>
      <w:r w:rsidRPr="00A4485E">
        <w:rPr>
          <w:color w:val="000000" w:themeColor="text1"/>
        </w:rPr>
        <w:t>The proposed budget must be realistic, justified, and directly related to research activities.</w:t>
      </w:r>
    </w:p>
    <w:p w:rsidR="00802EEA" w:rsidRPr="00A4485E" w:rsidRDefault="006A7D2F" w:rsidP="00DC5414">
      <w:pPr>
        <w:pStyle w:val="ListParagraph"/>
        <w:numPr>
          <w:ilvl w:val="0"/>
          <w:numId w:val="13"/>
        </w:numPr>
        <w:rPr>
          <w:color w:val="000000" w:themeColor="text1"/>
        </w:rPr>
      </w:pPr>
      <w:r w:rsidRPr="00A4485E">
        <w:rPr>
          <w:color w:val="000000" w:themeColor="text1"/>
        </w:rPr>
        <w:t>The research project should</w:t>
      </w:r>
      <w:r w:rsidR="003F41E3">
        <w:rPr>
          <w:color w:val="000000" w:themeColor="text1"/>
        </w:rPr>
        <w:t xml:space="preserve"> normally be completed within 12</w:t>
      </w:r>
      <w:r w:rsidRPr="00A4485E">
        <w:rPr>
          <w:color w:val="000000" w:themeColor="text1"/>
        </w:rPr>
        <w:t xml:space="preserve"> months from the official commencement date.</w:t>
      </w:r>
    </w:p>
    <w:p w:rsidR="00802EEA" w:rsidRPr="00A4485E" w:rsidRDefault="006A7D2F" w:rsidP="00DC5414">
      <w:pPr>
        <w:pStyle w:val="ListParagraph"/>
        <w:numPr>
          <w:ilvl w:val="0"/>
          <w:numId w:val="13"/>
        </w:numPr>
        <w:rPr>
          <w:color w:val="000000" w:themeColor="text1"/>
        </w:rPr>
      </w:pPr>
      <w:r w:rsidRPr="00A4485E">
        <w:rPr>
          <w:color w:val="000000" w:themeColor="text1"/>
        </w:rPr>
        <w:t>The application must be submitted according to the deadline announced by RIC.</w:t>
      </w:r>
    </w:p>
    <w:p w:rsidR="00802EEA" w:rsidRPr="00A4485E" w:rsidRDefault="006A7D2F" w:rsidP="00DC5414">
      <w:pPr>
        <w:pStyle w:val="ListParagraph"/>
        <w:numPr>
          <w:ilvl w:val="0"/>
          <w:numId w:val="13"/>
        </w:numPr>
        <w:rPr>
          <w:color w:val="000000" w:themeColor="text1"/>
        </w:rPr>
      </w:pPr>
      <w:r w:rsidRPr="00A4485E">
        <w:rPr>
          <w:color w:val="000000" w:themeColor="text1"/>
        </w:rPr>
        <w:t>Incomplete applications may not be considered for evaluation.</w:t>
      </w:r>
    </w:p>
    <w:p w:rsidR="00802EEA" w:rsidRPr="00A4485E" w:rsidRDefault="006A7D2F">
      <w:pPr>
        <w:pStyle w:val="Heading1"/>
        <w:rPr>
          <w:color w:val="000000" w:themeColor="text1"/>
        </w:rPr>
      </w:pPr>
      <w:r w:rsidRPr="00A4485E">
        <w:rPr>
          <w:color w:val="000000" w:themeColor="text1"/>
        </w:rPr>
        <w:t>SECTION A: PROJECT AND RESEARCHER INFORMATION</w:t>
      </w:r>
    </w:p>
    <w:p w:rsidR="00802EEA" w:rsidRPr="00A4485E" w:rsidRDefault="006A7D2F">
      <w:pPr>
        <w:pStyle w:val="Heading2"/>
        <w:rPr>
          <w:color w:val="000000" w:themeColor="text1"/>
        </w:rPr>
      </w:pPr>
      <w:r w:rsidRPr="00A4485E">
        <w:rPr>
          <w:color w:val="000000" w:themeColor="text1"/>
        </w:rPr>
        <w:t>A1. Project Title</w:t>
      </w:r>
    </w:p>
    <w:p w:rsidR="00802EEA" w:rsidRPr="00A4485E" w:rsidRDefault="006A7D2F">
      <w:pPr>
        <w:rPr>
          <w:color w:val="000000" w:themeColor="text1"/>
        </w:rPr>
      </w:pPr>
      <w:r w:rsidRPr="00A4485E">
        <w:rPr>
          <w:color w:val="000000" w:themeColor="text1"/>
        </w:rPr>
        <w:t>Proposed Project Title:</w:t>
      </w:r>
    </w:p>
    <w:p w:rsidR="00802EEA" w:rsidRPr="00A4485E" w:rsidRDefault="006A7D2F">
      <w:pPr>
        <w:rPr>
          <w:color w:val="000000" w:themeColor="text1"/>
        </w:rPr>
      </w:pPr>
      <w:r w:rsidRPr="00A4485E">
        <w:rPr>
          <w:color w:val="000000" w:themeColor="text1"/>
        </w:rPr>
        <w:t>________________________________________________________________________________</w:t>
      </w:r>
      <w:r w:rsidR="00A4485E">
        <w:rPr>
          <w:color w:val="000000" w:themeColor="text1"/>
        </w:rPr>
        <w:t>_______</w:t>
      </w:r>
    </w:p>
    <w:p w:rsidR="00802EEA" w:rsidRPr="00A4485E" w:rsidRDefault="006A7D2F">
      <w:pPr>
        <w:rPr>
          <w:color w:val="000000" w:themeColor="text1"/>
        </w:rPr>
      </w:pPr>
      <w:r w:rsidRPr="00A4485E">
        <w:rPr>
          <w:color w:val="000000" w:themeColor="text1"/>
        </w:rPr>
        <w:t>________________________________________________________________________________</w:t>
      </w:r>
      <w:r w:rsidR="00A4485E">
        <w:rPr>
          <w:color w:val="000000" w:themeColor="text1"/>
        </w:rPr>
        <w:t>_______</w:t>
      </w:r>
    </w:p>
    <w:p w:rsidR="00802EEA" w:rsidRPr="00A4485E" w:rsidRDefault="006A7D2F">
      <w:pPr>
        <w:pStyle w:val="Heading2"/>
        <w:rPr>
          <w:color w:val="000000" w:themeColor="text1"/>
        </w:rPr>
      </w:pPr>
      <w:r w:rsidRPr="00A4485E">
        <w:rPr>
          <w:color w:val="000000" w:themeColor="text1"/>
        </w:rPr>
        <w:t>A2. Project Category</w:t>
      </w:r>
    </w:p>
    <w:p w:rsidR="00802EEA" w:rsidRPr="00A4485E" w:rsidRDefault="006A7D2F">
      <w:pPr>
        <w:rPr>
          <w:color w:val="000000" w:themeColor="text1"/>
        </w:rPr>
      </w:pPr>
      <w:r w:rsidRPr="00A4485E">
        <w:rPr>
          <w:color w:val="000000" w:themeColor="text1"/>
        </w:rPr>
        <w:t>☐ Social Sciences  (Business, Law, Tourism &amp; Hospitality, English, Journalism &amp; Media, and related disciplines)</w:t>
      </w:r>
    </w:p>
    <w:p w:rsidR="00802EEA" w:rsidRPr="00A4485E" w:rsidRDefault="006A7D2F">
      <w:pPr>
        <w:rPr>
          <w:color w:val="000000" w:themeColor="text1"/>
        </w:rPr>
      </w:pPr>
      <w:r w:rsidRPr="00A4485E">
        <w:rPr>
          <w:color w:val="000000" w:themeColor="text1"/>
        </w:rPr>
        <w:t>☐ Science &amp; Engineering  (Science, Engineering, Computer Science, Technology, and related disciplines)</w:t>
      </w:r>
    </w:p>
    <w:p w:rsidR="00802EEA" w:rsidRPr="00A4485E" w:rsidRDefault="006A7D2F">
      <w:pPr>
        <w:pStyle w:val="Heading2"/>
        <w:rPr>
          <w:color w:val="000000" w:themeColor="text1"/>
        </w:rPr>
      </w:pPr>
      <w:r w:rsidRPr="00A4485E">
        <w:rPr>
          <w:color w:val="000000" w:themeColor="text1"/>
        </w:rPr>
        <w:t>A3. Research Area</w:t>
      </w:r>
    </w:p>
    <w:tbl>
      <w:tblPr>
        <w:tblStyle w:val="TableGrid"/>
        <w:tblW w:w="0" w:type="auto"/>
        <w:jc w:val="center"/>
        <w:tblLook w:val="04A0" w:firstRow="1" w:lastRow="0" w:firstColumn="1" w:lastColumn="0" w:noHBand="0" w:noVBand="1"/>
      </w:tblPr>
      <w:tblGrid>
        <w:gridCol w:w="5058"/>
        <w:gridCol w:w="5049"/>
      </w:tblGrid>
      <w:tr w:rsidR="00A4485E" w:rsidRPr="00A4485E">
        <w:trPr>
          <w:jc w:val="center"/>
        </w:trPr>
        <w:tc>
          <w:tcPr>
            <w:tcW w:w="5112" w:type="dxa"/>
            <w:shd w:val="clear" w:color="auto" w:fill="D9EAF7"/>
            <w:vAlign w:val="center"/>
          </w:tcPr>
          <w:p w:rsidR="00802EEA" w:rsidRPr="00A4485E" w:rsidRDefault="006A7D2F" w:rsidP="006A7D2F">
            <w:pPr>
              <w:spacing w:line="360" w:lineRule="auto"/>
              <w:rPr>
                <w:color w:val="000000" w:themeColor="text1"/>
              </w:rPr>
            </w:pPr>
            <w:r w:rsidRPr="00A4485E">
              <w:rPr>
                <w:b/>
                <w:color w:val="000000" w:themeColor="text1"/>
                <w:sz w:val="18"/>
              </w:rPr>
              <w:t>Particular</w:t>
            </w:r>
          </w:p>
        </w:tc>
        <w:tc>
          <w:tcPr>
            <w:tcW w:w="5112" w:type="dxa"/>
            <w:shd w:val="clear" w:color="auto" w:fill="D9EAF7"/>
            <w:vAlign w:val="center"/>
          </w:tcPr>
          <w:p w:rsidR="00802EEA" w:rsidRPr="00A4485E" w:rsidRDefault="006A7D2F" w:rsidP="006A7D2F">
            <w:pPr>
              <w:spacing w:line="360" w:lineRule="auto"/>
              <w:rPr>
                <w:color w:val="000000" w:themeColor="text1"/>
              </w:rPr>
            </w:pPr>
            <w:r w:rsidRPr="00A4485E">
              <w:rPr>
                <w:b/>
                <w:color w:val="000000" w:themeColor="text1"/>
                <w:sz w:val="18"/>
              </w:rPr>
              <w:t>Information</w:t>
            </w: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Primary Research Area</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Sub-area/Specialization</w:t>
            </w:r>
          </w:p>
        </w:tc>
        <w:tc>
          <w:tcPr>
            <w:tcW w:w="5112" w:type="dxa"/>
            <w:vAlign w:val="center"/>
          </w:tcPr>
          <w:p w:rsidR="00802EEA" w:rsidRPr="00A4485E" w:rsidRDefault="00802EEA" w:rsidP="006A7D2F">
            <w:pPr>
              <w:spacing w:line="276" w:lineRule="auto"/>
              <w:rPr>
                <w:color w:val="000000" w:themeColor="text1"/>
              </w:rPr>
            </w:pPr>
          </w:p>
        </w:tc>
      </w:tr>
    </w:tbl>
    <w:p w:rsidR="00802EEA" w:rsidRPr="00A4485E" w:rsidRDefault="006A7D2F">
      <w:pPr>
        <w:pStyle w:val="Heading2"/>
        <w:rPr>
          <w:color w:val="000000" w:themeColor="text1"/>
        </w:rPr>
      </w:pPr>
      <w:r w:rsidRPr="00A4485E">
        <w:rPr>
          <w:color w:val="000000" w:themeColor="text1"/>
        </w:rPr>
        <w:t>A4. Principal Researcher</w:t>
      </w:r>
    </w:p>
    <w:tbl>
      <w:tblPr>
        <w:tblStyle w:val="TableGrid"/>
        <w:tblW w:w="0" w:type="auto"/>
        <w:jc w:val="center"/>
        <w:tblLook w:val="04A0" w:firstRow="1" w:lastRow="0" w:firstColumn="1" w:lastColumn="0" w:noHBand="0" w:noVBand="1"/>
      </w:tblPr>
      <w:tblGrid>
        <w:gridCol w:w="5055"/>
        <w:gridCol w:w="5052"/>
      </w:tblGrid>
      <w:tr w:rsidR="00A4485E" w:rsidRPr="00A4485E">
        <w:trPr>
          <w:jc w:val="center"/>
        </w:trPr>
        <w:tc>
          <w:tcPr>
            <w:tcW w:w="5112" w:type="dxa"/>
            <w:shd w:val="clear" w:color="auto" w:fill="D9EAF7"/>
            <w:vAlign w:val="center"/>
          </w:tcPr>
          <w:p w:rsidR="00802EEA" w:rsidRPr="00A4485E" w:rsidRDefault="006A7D2F" w:rsidP="006A7D2F">
            <w:pPr>
              <w:spacing w:line="360" w:lineRule="auto"/>
              <w:rPr>
                <w:color w:val="000000" w:themeColor="text1"/>
              </w:rPr>
            </w:pPr>
            <w:r w:rsidRPr="00A4485E">
              <w:rPr>
                <w:b/>
                <w:color w:val="000000" w:themeColor="text1"/>
                <w:sz w:val="18"/>
              </w:rPr>
              <w:t>Particulars</w:t>
            </w:r>
          </w:p>
        </w:tc>
        <w:tc>
          <w:tcPr>
            <w:tcW w:w="5112" w:type="dxa"/>
            <w:shd w:val="clear" w:color="auto" w:fill="D9EAF7"/>
            <w:vAlign w:val="center"/>
          </w:tcPr>
          <w:p w:rsidR="00802EEA" w:rsidRPr="00A4485E" w:rsidRDefault="006A7D2F" w:rsidP="006A7D2F">
            <w:pPr>
              <w:spacing w:line="360" w:lineRule="auto"/>
              <w:rPr>
                <w:color w:val="000000" w:themeColor="text1"/>
              </w:rPr>
            </w:pPr>
            <w:r w:rsidRPr="00A4485E">
              <w:rPr>
                <w:b/>
                <w:color w:val="000000" w:themeColor="text1"/>
                <w:sz w:val="18"/>
              </w:rPr>
              <w:t>Information</w:t>
            </w: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Name</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Designation</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Department</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Faculty/School</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Email Address</w:t>
            </w:r>
          </w:p>
        </w:tc>
        <w:tc>
          <w:tcPr>
            <w:tcW w:w="5112" w:type="dxa"/>
            <w:vAlign w:val="center"/>
          </w:tcPr>
          <w:p w:rsidR="00802EEA" w:rsidRPr="00A4485E" w:rsidRDefault="00802EEA" w:rsidP="006A7D2F">
            <w:pPr>
              <w:spacing w:line="276" w:lineRule="auto"/>
              <w:rPr>
                <w:color w:val="000000" w:themeColor="text1"/>
              </w:rPr>
            </w:pPr>
          </w:p>
        </w:tc>
      </w:tr>
      <w:tr w:rsidR="00A4485E" w:rsidRPr="00A4485E">
        <w:trPr>
          <w:jc w:val="center"/>
        </w:trPr>
        <w:tc>
          <w:tcPr>
            <w:tcW w:w="5112" w:type="dxa"/>
            <w:vAlign w:val="center"/>
          </w:tcPr>
          <w:p w:rsidR="00802EEA" w:rsidRPr="00A4485E" w:rsidRDefault="006A7D2F" w:rsidP="006A7D2F">
            <w:pPr>
              <w:spacing w:line="276" w:lineRule="auto"/>
              <w:rPr>
                <w:color w:val="000000" w:themeColor="text1"/>
              </w:rPr>
            </w:pPr>
            <w:r w:rsidRPr="00A4485E">
              <w:rPr>
                <w:color w:val="000000" w:themeColor="text1"/>
                <w:sz w:val="18"/>
              </w:rPr>
              <w:t>Mobile/Contact No.</w:t>
            </w:r>
          </w:p>
        </w:tc>
        <w:tc>
          <w:tcPr>
            <w:tcW w:w="5112" w:type="dxa"/>
            <w:vAlign w:val="center"/>
          </w:tcPr>
          <w:p w:rsidR="00802EEA" w:rsidRPr="00A4485E" w:rsidRDefault="00802EEA" w:rsidP="006A7D2F">
            <w:pPr>
              <w:spacing w:line="276" w:lineRule="auto"/>
              <w:rPr>
                <w:color w:val="000000" w:themeColor="text1"/>
              </w:rPr>
            </w:pPr>
          </w:p>
        </w:tc>
      </w:tr>
    </w:tbl>
    <w:p w:rsidR="00802EEA" w:rsidRPr="00A4485E" w:rsidRDefault="006A7D2F">
      <w:pPr>
        <w:pStyle w:val="Heading2"/>
        <w:rPr>
          <w:color w:val="000000" w:themeColor="text1"/>
        </w:rPr>
      </w:pPr>
      <w:r w:rsidRPr="00A4485E">
        <w:rPr>
          <w:color w:val="000000" w:themeColor="text1"/>
        </w:rPr>
        <w:lastRenderedPageBreak/>
        <w:t>A5. Co-Researchers (Maximum 2)</w:t>
      </w:r>
    </w:p>
    <w:p w:rsidR="00802EEA" w:rsidRPr="00A4485E" w:rsidRDefault="006A7D2F">
      <w:pPr>
        <w:pStyle w:val="Heading2"/>
        <w:rPr>
          <w:color w:val="000000" w:themeColor="text1"/>
        </w:rPr>
      </w:pPr>
      <w:r w:rsidRPr="00A4485E">
        <w:rPr>
          <w:color w:val="000000" w:themeColor="text1"/>
        </w:rPr>
        <w:t>Co-Researcher 1</w:t>
      </w:r>
    </w:p>
    <w:tbl>
      <w:tblPr>
        <w:tblStyle w:val="TableGrid"/>
        <w:tblW w:w="0" w:type="auto"/>
        <w:jc w:val="center"/>
        <w:tblLook w:val="04A0" w:firstRow="1" w:lastRow="0" w:firstColumn="1" w:lastColumn="0" w:noHBand="0" w:noVBand="1"/>
      </w:tblPr>
      <w:tblGrid>
        <w:gridCol w:w="5055"/>
        <w:gridCol w:w="5052"/>
      </w:tblGrid>
      <w:tr w:rsidR="00A4485E" w:rsidRPr="00A4485E">
        <w:trPr>
          <w:jc w:val="center"/>
        </w:trPr>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Particulars</w:t>
            </w:r>
          </w:p>
        </w:tc>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Information</w:t>
            </w: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Name</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Designation</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Department</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Faculty/School</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Email Address</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Role in the Project</w:t>
            </w:r>
          </w:p>
        </w:tc>
        <w:tc>
          <w:tcPr>
            <w:tcW w:w="5112" w:type="dxa"/>
            <w:vAlign w:val="center"/>
          </w:tcPr>
          <w:p w:rsidR="00802EEA" w:rsidRPr="00A4485E" w:rsidRDefault="00802EEA" w:rsidP="00DC5414">
            <w:pPr>
              <w:spacing w:line="360" w:lineRule="auto"/>
              <w:rPr>
                <w:color w:val="000000" w:themeColor="text1"/>
              </w:rPr>
            </w:pPr>
          </w:p>
        </w:tc>
      </w:tr>
    </w:tbl>
    <w:p w:rsidR="00802EEA" w:rsidRPr="00A4485E" w:rsidRDefault="006A7D2F">
      <w:pPr>
        <w:pStyle w:val="Heading2"/>
        <w:rPr>
          <w:color w:val="000000" w:themeColor="text1"/>
        </w:rPr>
      </w:pPr>
      <w:r w:rsidRPr="00A4485E">
        <w:rPr>
          <w:color w:val="000000" w:themeColor="text1"/>
        </w:rPr>
        <w:t>Co-Researcher 2</w:t>
      </w:r>
    </w:p>
    <w:tbl>
      <w:tblPr>
        <w:tblStyle w:val="TableGrid"/>
        <w:tblW w:w="0" w:type="auto"/>
        <w:jc w:val="center"/>
        <w:tblLook w:val="04A0" w:firstRow="1" w:lastRow="0" w:firstColumn="1" w:lastColumn="0" w:noHBand="0" w:noVBand="1"/>
      </w:tblPr>
      <w:tblGrid>
        <w:gridCol w:w="5055"/>
        <w:gridCol w:w="5052"/>
      </w:tblGrid>
      <w:tr w:rsidR="00A4485E" w:rsidRPr="00A4485E">
        <w:trPr>
          <w:jc w:val="center"/>
        </w:trPr>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Particulars</w:t>
            </w:r>
          </w:p>
        </w:tc>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Information</w:t>
            </w: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Name</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Designation</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Department</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Faculty/School</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Email Address</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Role in the Project</w:t>
            </w:r>
          </w:p>
        </w:tc>
        <w:tc>
          <w:tcPr>
            <w:tcW w:w="5112" w:type="dxa"/>
            <w:vAlign w:val="center"/>
          </w:tcPr>
          <w:p w:rsidR="00802EEA" w:rsidRPr="00A4485E" w:rsidRDefault="00802EEA" w:rsidP="00DC5414">
            <w:pPr>
              <w:spacing w:line="360" w:lineRule="auto"/>
              <w:rPr>
                <w:color w:val="000000" w:themeColor="text1"/>
              </w:rPr>
            </w:pPr>
          </w:p>
        </w:tc>
      </w:tr>
    </w:tbl>
    <w:p w:rsidR="00DC5414" w:rsidRDefault="00DC5414" w:rsidP="00DC5414">
      <w:pPr>
        <w:pStyle w:val="Heading2"/>
        <w:spacing w:before="0"/>
        <w:rPr>
          <w:color w:val="000000" w:themeColor="text1"/>
        </w:rPr>
      </w:pPr>
    </w:p>
    <w:p w:rsidR="00802EEA" w:rsidRPr="00A4485E" w:rsidRDefault="006A7D2F">
      <w:pPr>
        <w:pStyle w:val="Heading2"/>
        <w:rPr>
          <w:color w:val="000000" w:themeColor="text1"/>
        </w:rPr>
      </w:pPr>
      <w:r w:rsidRPr="00A4485E">
        <w:rPr>
          <w:color w:val="000000" w:themeColor="text1"/>
        </w:rPr>
        <w:t>A6. Research Publication Profile of Principal Researcher</w:t>
      </w:r>
    </w:p>
    <w:tbl>
      <w:tblPr>
        <w:tblStyle w:val="TableGrid"/>
        <w:tblW w:w="0" w:type="auto"/>
        <w:jc w:val="center"/>
        <w:tblLook w:val="04A0" w:firstRow="1" w:lastRow="0" w:firstColumn="1" w:lastColumn="0" w:noHBand="0" w:noVBand="1"/>
      </w:tblPr>
      <w:tblGrid>
        <w:gridCol w:w="5056"/>
        <w:gridCol w:w="5051"/>
      </w:tblGrid>
      <w:tr w:rsidR="00A4485E" w:rsidRPr="00A4485E">
        <w:trPr>
          <w:jc w:val="center"/>
        </w:trPr>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Indicator</w:t>
            </w:r>
          </w:p>
        </w:tc>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Number</w:t>
            </w: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Total number of Scopus-indexed publications</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Scopus-indexed publications in the last 5 years</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Q1/Q2 Scopus-indexed publications, if applicable</w:t>
            </w:r>
          </w:p>
        </w:tc>
        <w:tc>
          <w:tcPr>
            <w:tcW w:w="5112" w:type="dxa"/>
            <w:vAlign w:val="center"/>
          </w:tcPr>
          <w:p w:rsidR="00802EEA" w:rsidRPr="00A4485E" w:rsidRDefault="00802EEA" w:rsidP="00DC5414">
            <w:pPr>
              <w:spacing w:line="360" w:lineRule="auto"/>
              <w:rPr>
                <w:color w:val="000000" w:themeColor="text1"/>
              </w:rPr>
            </w:pPr>
          </w:p>
        </w:tc>
      </w:tr>
    </w:tbl>
    <w:p w:rsidR="00802EEA" w:rsidRPr="00A4485E" w:rsidRDefault="006A7D2F" w:rsidP="00DC5414">
      <w:pPr>
        <w:spacing w:after="0"/>
        <w:rPr>
          <w:color w:val="000000" w:themeColor="text1"/>
          <w:sz w:val="18"/>
        </w:rPr>
      </w:pPr>
      <w:r w:rsidRPr="00A4485E">
        <w:rPr>
          <w:color w:val="000000" w:themeColor="text1"/>
          <w:sz w:val="18"/>
        </w:rPr>
        <w:t>Applicants may be required to provide evidence of Scopus-indexed publications during the evaluation process.</w:t>
      </w:r>
    </w:p>
    <w:p w:rsidR="00DC5414" w:rsidRDefault="00DC5414" w:rsidP="00DC5414">
      <w:pPr>
        <w:pStyle w:val="Heading2"/>
        <w:spacing w:before="0"/>
        <w:rPr>
          <w:color w:val="000000" w:themeColor="text1"/>
        </w:rPr>
      </w:pPr>
    </w:p>
    <w:p w:rsidR="00802EEA" w:rsidRPr="00A4485E" w:rsidRDefault="006A7D2F">
      <w:pPr>
        <w:pStyle w:val="Heading2"/>
        <w:rPr>
          <w:color w:val="000000" w:themeColor="text1"/>
        </w:rPr>
      </w:pPr>
      <w:r w:rsidRPr="00A4485E">
        <w:rPr>
          <w:color w:val="000000" w:themeColor="text1"/>
        </w:rPr>
        <w:t>A7. Project Duration</w:t>
      </w:r>
    </w:p>
    <w:tbl>
      <w:tblPr>
        <w:tblStyle w:val="TableGrid"/>
        <w:tblW w:w="0" w:type="auto"/>
        <w:jc w:val="center"/>
        <w:tblLook w:val="04A0" w:firstRow="1" w:lastRow="0" w:firstColumn="1" w:lastColumn="0" w:noHBand="0" w:noVBand="1"/>
      </w:tblPr>
      <w:tblGrid>
        <w:gridCol w:w="5053"/>
        <w:gridCol w:w="5054"/>
      </w:tblGrid>
      <w:tr w:rsidR="00A4485E" w:rsidRPr="00A4485E">
        <w:trPr>
          <w:jc w:val="center"/>
        </w:trPr>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Particular</w:t>
            </w:r>
          </w:p>
        </w:tc>
        <w:tc>
          <w:tcPr>
            <w:tcW w:w="5112" w:type="dxa"/>
            <w:shd w:val="clear" w:color="auto" w:fill="D9EAF7"/>
            <w:vAlign w:val="center"/>
          </w:tcPr>
          <w:p w:rsidR="00802EEA" w:rsidRPr="00A4485E" w:rsidRDefault="006A7D2F" w:rsidP="00DC5414">
            <w:pPr>
              <w:spacing w:line="360" w:lineRule="auto"/>
              <w:rPr>
                <w:color w:val="000000" w:themeColor="text1"/>
              </w:rPr>
            </w:pPr>
            <w:r w:rsidRPr="00A4485E">
              <w:rPr>
                <w:b/>
                <w:color w:val="000000" w:themeColor="text1"/>
                <w:sz w:val="18"/>
              </w:rPr>
              <w:t>Information</w:t>
            </w: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Proposed Project Duration</w:t>
            </w:r>
          </w:p>
        </w:tc>
        <w:tc>
          <w:tcPr>
            <w:tcW w:w="5112" w:type="dxa"/>
            <w:vAlign w:val="center"/>
          </w:tcPr>
          <w:p w:rsidR="00802EEA" w:rsidRPr="00A4485E" w:rsidRDefault="007D3CC9" w:rsidP="00DC5414">
            <w:pPr>
              <w:spacing w:line="360" w:lineRule="auto"/>
              <w:rPr>
                <w:color w:val="000000" w:themeColor="text1"/>
              </w:rPr>
            </w:pPr>
            <w:r>
              <w:rPr>
                <w:color w:val="000000" w:themeColor="text1"/>
                <w:sz w:val="18"/>
              </w:rPr>
              <w:t>12</w:t>
            </w:r>
            <w:r w:rsidR="006A7D2F" w:rsidRPr="00A4485E">
              <w:rPr>
                <w:color w:val="000000" w:themeColor="text1"/>
                <w:sz w:val="18"/>
              </w:rPr>
              <w:t xml:space="preserve"> Months</w:t>
            </w: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Proposed Start Date</w:t>
            </w:r>
          </w:p>
        </w:tc>
        <w:tc>
          <w:tcPr>
            <w:tcW w:w="5112" w:type="dxa"/>
            <w:vAlign w:val="center"/>
          </w:tcPr>
          <w:p w:rsidR="00802EEA" w:rsidRPr="00A4485E" w:rsidRDefault="00802EEA" w:rsidP="00DC5414">
            <w:pPr>
              <w:spacing w:line="360" w:lineRule="auto"/>
              <w:rPr>
                <w:color w:val="000000" w:themeColor="text1"/>
              </w:rPr>
            </w:pPr>
          </w:p>
        </w:tc>
      </w:tr>
      <w:tr w:rsidR="00A4485E" w:rsidRPr="00A4485E">
        <w:trPr>
          <w:jc w:val="center"/>
        </w:trPr>
        <w:tc>
          <w:tcPr>
            <w:tcW w:w="5112" w:type="dxa"/>
            <w:vAlign w:val="center"/>
          </w:tcPr>
          <w:p w:rsidR="00802EEA" w:rsidRPr="00A4485E" w:rsidRDefault="006A7D2F" w:rsidP="00DC5414">
            <w:pPr>
              <w:spacing w:line="360" w:lineRule="auto"/>
              <w:rPr>
                <w:color w:val="000000" w:themeColor="text1"/>
              </w:rPr>
            </w:pPr>
            <w:r w:rsidRPr="00A4485E">
              <w:rPr>
                <w:color w:val="000000" w:themeColor="text1"/>
                <w:sz w:val="18"/>
              </w:rPr>
              <w:t>Proposed Completion Date</w:t>
            </w:r>
          </w:p>
        </w:tc>
        <w:tc>
          <w:tcPr>
            <w:tcW w:w="5112" w:type="dxa"/>
            <w:vAlign w:val="center"/>
          </w:tcPr>
          <w:p w:rsidR="00802EEA" w:rsidRPr="00A4485E" w:rsidRDefault="00802EEA" w:rsidP="00DC5414">
            <w:pPr>
              <w:spacing w:line="360" w:lineRule="auto"/>
              <w:rPr>
                <w:color w:val="000000" w:themeColor="text1"/>
              </w:rPr>
            </w:pPr>
          </w:p>
        </w:tc>
      </w:tr>
    </w:tbl>
    <w:p w:rsidR="00DC5414" w:rsidRDefault="00DC5414">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A8. Total Estimated Budget</w:t>
      </w:r>
    </w:p>
    <w:p w:rsidR="00802EEA" w:rsidRPr="00A4485E" w:rsidRDefault="006A7D2F">
      <w:pPr>
        <w:rPr>
          <w:color w:val="000000" w:themeColor="text1"/>
        </w:rPr>
      </w:pPr>
      <w:r w:rsidRPr="00A4485E">
        <w:rPr>
          <w:color w:val="000000" w:themeColor="text1"/>
        </w:rPr>
        <w:t>Total Estimated Project Budget: BDT ______________________________________________</w:t>
      </w:r>
    </w:p>
    <w:p w:rsidR="00802EEA" w:rsidRPr="00A4485E" w:rsidRDefault="006A7D2F">
      <w:pPr>
        <w:rPr>
          <w:color w:val="000000" w:themeColor="text1"/>
        </w:rPr>
      </w:pPr>
      <w:r w:rsidRPr="00A4485E">
        <w:rPr>
          <w:color w:val="000000" w:themeColor="text1"/>
        </w:rPr>
        <w:t>In words: ________________________________________________________________________</w:t>
      </w:r>
    </w:p>
    <w:p w:rsidR="00802EEA" w:rsidRPr="00A4485E" w:rsidRDefault="006A7D2F">
      <w:pPr>
        <w:rPr>
          <w:color w:val="000000" w:themeColor="text1"/>
        </w:rPr>
      </w:pPr>
      <w:r w:rsidRPr="00A4485E">
        <w:rPr>
          <w:color w:val="000000" w:themeColor="text1"/>
        </w:rPr>
        <w:br w:type="page"/>
      </w:r>
    </w:p>
    <w:p w:rsidR="00802EEA" w:rsidRPr="00A4485E" w:rsidRDefault="006A7D2F">
      <w:pPr>
        <w:pStyle w:val="Heading1"/>
        <w:rPr>
          <w:color w:val="000000" w:themeColor="text1"/>
        </w:rPr>
      </w:pPr>
      <w:r w:rsidRPr="00A4485E">
        <w:rPr>
          <w:color w:val="000000" w:themeColor="text1"/>
        </w:rPr>
        <w:lastRenderedPageBreak/>
        <w:t>SECTION B: DETAILED RESEARCH GRANT PROPOSAL</w:t>
      </w:r>
    </w:p>
    <w:p w:rsidR="00802EEA" w:rsidRPr="00A4485E" w:rsidRDefault="006A7D2F">
      <w:pPr>
        <w:pStyle w:val="Heading2"/>
        <w:rPr>
          <w:color w:val="000000" w:themeColor="text1"/>
        </w:rPr>
      </w:pPr>
      <w:r w:rsidRPr="00A4485E">
        <w:rPr>
          <w:color w:val="000000" w:themeColor="text1"/>
        </w:rPr>
        <w:t>B1. Abstract</w:t>
      </w:r>
    </w:p>
    <w:p w:rsidR="00802EEA" w:rsidRPr="00A4485E" w:rsidRDefault="006A7D2F">
      <w:pP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455930</wp:posOffset>
                </wp:positionV>
                <wp:extent cx="6156960" cy="3390900"/>
                <wp:effectExtent l="0" t="0" r="15240" b="19050"/>
                <wp:wrapNone/>
                <wp:docPr id="1" name="Text Box 1"/>
                <wp:cNvGraphicFramePr/>
                <a:graphic xmlns:a="http://schemas.openxmlformats.org/drawingml/2006/main">
                  <a:graphicData uri="http://schemas.microsoft.com/office/word/2010/wordprocessingShape">
                    <wps:wsp>
                      <wps:cNvSpPr txBox="1"/>
                      <wps:spPr>
                        <a:xfrm>
                          <a:off x="0" y="0"/>
                          <a:ext cx="6156960" cy="3390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35.9pt;width:484.8pt;height:2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" fillcolor="white [3201]" strokeweight=".5pt">
                <v:textbox>
                  <w:txbxContent>
                    <w:p w:rsidR="003F41E3" w:rsidRDefault="003F41E3"/>
                  </w:txbxContent>
                </v:textbox>
              </v:shape>
            </w:pict>
          </mc:Fallback>
        </mc:AlternateContent>
      </w:r>
      <w:r w:rsidRPr="00A4485E">
        <w:rPr>
          <w:color w:val="000000" w:themeColor="text1"/>
        </w:rPr>
        <w:t>Provide a concise summary of the proposed research, including the research background, problem, objectives, methodology, expected outcomes, and significance of the study. Recommended length: 250–300 words.</w:t>
      </w:r>
    </w:p>
    <w:p w:rsidR="006A7D2F" w:rsidRDefault="006A7D2F">
      <w:pPr>
        <w:pStyle w:val="Heading2"/>
        <w:rPr>
          <w:color w:val="000000" w:themeColor="text1"/>
        </w:rPr>
      </w:pPr>
    </w:p>
    <w:p w:rsidR="006A7D2F" w:rsidRDefault="006A7D2F" w:rsidP="006A7D2F"/>
    <w:p w:rsidR="006A7D2F" w:rsidRDefault="006A7D2F" w:rsidP="006A7D2F"/>
    <w:p w:rsidR="006A7D2F" w:rsidRDefault="006A7D2F" w:rsidP="006A7D2F"/>
    <w:p w:rsidR="006A7D2F" w:rsidRDefault="006A7D2F" w:rsidP="006A7D2F"/>
    <w:p w:rsidR="006A7D2F" w:rsidRDefault="006A7D2F" w:rsidP="006A7D2F"/>
    <w:p w:rsidR="006A7D2F" w:rsidRDefault="006A7D2F" w:rsidP="006A7D2F"/>
    <w:p w:rsidR="006A7D2F" w:rsidRDefault="006A7D2F" w:rsidP="006A7D2F"/>
    <w:p w:rsidR="006A7D2F" w:rsidRDefault="006A7D2F" w:rsidP="006A7D2F"/>
    <w:p w:rsidR="006A7D2F" w:rsidRPr="006A7D2F" w:rsidRDefault="006A7D2F" w:rsidP="006A7D2F"/>
    <w:p w:rsidR="006A7D2F" w:rsidRDefault="006A7D2F">
      <w:pPr>
        <w:pStyle w:val="Heading2"/>
        <w:rPr>
          <w:color w:val="000000" w:themeColor="text1"/>
        </w:rPr>
      </w:pPr>
    </w:p>
    <w:p w:rsidR="006A7D2F" w:rsidRDefault="006A7D2F">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B2. Problem Statement</w:t>
      </w:r>
    </w:p>
    <w:p w:rsidR="00802EEA" w:rsidRDefault="006A7D2F" w:rsidP="006A7D2F">
      <w:pPr>
        <w:rPr>
          <w:color w:val="000000" w:themeColor="text1"/>
        </w:rPr>
      </w:pPr>
      <w:r w:rsidRPr="00A4485E">
        <w:rPr>
          <w:color w:val="000000" w:themeColor="text1"/>
        </w:rPr>
        <w:t>Clearly identify and explain the research problem, existing situation, knowledge/practical gap, significance of the problem, and the issue the research will address.</w:t>
      </w:r>
    </w:p>
    <w:p w:rsidR="006A7D2F" w:rsidRDefault="006A7D2F" w:rsidP="006A7D2F">
      <w:pPr>
        <w:rPr>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-106045</wp:posOffset>
                </wp:positionV>
                <wp:extent cx="6118860" cy="4030980"/>
                <wp:effectExtent l="0" t="0" r="15240" b="26670"/>
                <wp:wrapNone/>
                <wp:docPr id="2" name="Text Box 2"/>
                <wp:cNvGraphicFramePr/>
                <a:graphic xmlns:a="http://schemas.openxmlformats.org/drawingml/2006/main">
                  <a:graphicData uri="http://schemas.microsoft.com/office/word/2010/wordprocessingShape">
                    <wps:wsp>
                      <wps:cNvSpPr txBox="1"/>
                      <wps:spPr>
                        <a:xfrm>
                          <a:off x="0" y="0"/>
                          <a:ext cx="6118860" cy="4030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6pt;margin-top:-8.35pt;width:481.8pt;height:317.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" fillcolor="white [3201]" strokeweight=".5pt">
                <v:textbox>
                  <w:txbxContent>
                    <w:p w:rsidR="003F41E3" w:rsidRDefault="003F41E3"/>
                  </w:txbxContent>
                </v:textbox>
              </v:shape>
            </w:pict>
          </mc:Fallback>
        </mc:AlternateContent>
      </w: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Default="006A7D2F" w:rsidP="006A7D2F">
      <w:pPr>
        <w:rPr>
          <w:color w:val="000000" w:themeColor="text1"/>
        </w:rPr>
      </w:pPr>
    </w:p>
    <w:p w:rsidR="006A7D2F" w:rsidRPr="00A4485E" w:rsidRDefault="006A7D2F" w:rsidP="006A7D2F">
      <w:pPr>
        <w:rPr>
          <w:color w:val="000000" w:themeColor="text1"/>
        </w:rPr>
      </w:pPr>
    </w:p>
    <w:p w:rsidR="00802EEA" w:rsidRPr="00A4485E" w:rsidRDefault="006A7D2F">
      <w:pPr>
        <w:pStyle w:val="Heading2"/>
        <w:rPr>
          <w:color w:val="000000" w:themeColor="text1"/>
        </w:rPr>
      </w:pPr>
      <w:r w:rsidRPr="00A4485E">
        <w:rPr>
          <w:color w:val="000000" w:themeColor="text1"/>
        </w:rPr>
        <w:t>B3. Rationale of the Study</w:t>
      </w:r>
    </w:p>
    <w:p w:rsidR="00802EEA" w:rsidRPr="00A4485E" w:rsidRDefault="006A7D2F">
      <w:pPr>
        <w:rPr>
          <w:color w:val="000000" w:themeColor="text1"/>
        </w:rPr>
      </w:pPr>
      <w:r w:rsidRPr="00A4485E">
        <w:rPr>
          <w:color w:val="000000" w:themeColor="text1"/>
        </w:rPr>
        <w:t>Explain why the proposed research is necessary and important, including academic, practical, institutional, social, economic, technological, environmental, or policy relevance.</w:t>
      </w:r>
    </w:p>
    <w:p w:rsidR="006A7D2F" w:rsidRDefault="006A7D2F">
      <w:pPr>
        <w:pStyle w:val="Heading2"/>
        <w:rPr>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52070</wp:posOffset>
                </wp:positionV>
                <wp:extent cx="5951220" cy="3710940"/>
                <wp:effectExtent l="0" t="0" r="11430" b="22860"/>
                <wp:wrapNone/>
                <wp:docPr id="3" name="Text Box 3"/>
                <wp:cNvGraphicFramePr/>
                <a:graphic xmlns:a="http://schemas.openxmlformats.org/drawingml/2006/main">
                  <a:graphicData uri="http://schemas.microsoft.com/office/word/2010/wordprocessingShape">
                    <wps:wsp>
                      <wps:cNvSpPr txBox="1"/>
                      <wps:spPr>
                        <a:xfrm>
                          <a:off x="0" y="0"/>
                          <a:ext cx="5951220" cy="3710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8" type="#_x0000_t202" style="position:absolute;margin-left:3.6pt;margin-top:4.1pt;width:468.6pt;height:29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" fillcolor="white [3201]" strokeweight=".5pt">
                <v:textbox>
                  <w:txbxContent>
                    <w:p w:rsidR="003F41E3" w:rsidRDefault="003F41E3"/>
                  </w:txbxContent>
                </v:textbox>
              </v:shape>
            </w:pict>
          </mc:Fallback>
        </mc:AlternateContent>
      </w: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B4. Research Questions</w:t>
      </w:r>
    </w:p>
    <w:p w:rsidR="00802EEA" w:rsidRPr="00A4485E" w:rsidRDefault="006A7D2F">
      <w:pPr>
        <w:rPr>
          <w:color w:val="000000" w:themeColor="text1"/>
        </w:rPr>
      </w:pPr>
      <w:r w:rsidRPr="00A4485E">
        <w:rPr>
          <w:color w:val="000000" w:themeColor="text1"/>
        </w:rPr>
        <w:t>RQ1: __________________________________________________________________________</w:t>
      </w:r>
    </w:p>
    <w:p w:rsidR="00802EEA" w:rsidRPr="00A4485E" w:rsidRDefault="006A7D2F">
      <w:pPr>
        <w:rPr>
          <w:color w:val="000000" w:themeColor="text1"/>
        </w:rPr>
      </w:pPr>
      <w:r w:rsidRPr="00A4485E">
        <w:rPr>
          <w:color w:val="000000" w:themeColor="text1"/>
        </w:rPr>
        <w:t>RQ2: __________________________________________________________________________</w:t>
      </w:r>
    </w:p>
    <w:p w:rsidR="00802EEA" w:rsidRPr="00A4485E" w:rsidRDefault="006A7D2F">
      <w:pPr>
        <w:rPr>
          <w:color w:val="000000" w:themeColor="text1"/>
        </w:rPr>
      </w:pPr>
      <w:r w:rsidRPr="00A4485E">
        <w:rPr>
          <w:color w:val="000000" w:themeColor="text1"/>
        </w:rPr>
        <w:t>RQ3: __________________________________________________________________________</w:t>
      </w:r>
    </w:p>
    <w:p w:rsidR="00802EEA" w:rsidRPr="00A4485E" w:rsidRDefault="006A7D2F">
      <w:pPr>
        <w:rPr>
          <w:color w:val="000000" w:themeColor="text1"/>
        </w:rPr>
      </w:pPr>
      <w:r w:rsidRPr="00A4485E">
        <w:rPr>
          <w:color w:val="000000" w:themeColor="text1"/>
        </w:rPr>
        <w:t>RQ4: __________________________________________________________________________</w:t>
      </w:r>
    </w:p>
    <w:p w:rsidR="00802EEA" w:rsidRPr="00A4485E" w:rsidRDefault="006A7D2F">
      <w:pPr>
        <w:rPr>
          <w:color w:val="000000" w:themeColor="text1"/>
        </w:rPr>
      </w:pPr>
      <w:r w:rsidRPr="00A4485E">
        <w:rPr>
          <w:color w:val="000000" w:themeColor="text1"/>
        </w:rPr>
        <w:t>RQ5: __________________________________________________________________________</w:t>
      </w:r>
    </w:p>
    <w:p w:rsidR="00802EEA" w:rsidRPr="00A4485E" w:rsidRDefault="006A7D2F">
      <w:pPr>
        <w:pStyle w:val="Heading2"/>
        <w:rPr>
          <w:color w:val="000000" w:themeColor="text1"/>
        </w:rPr>
      </w:pPr>
      <w:r w:rsidRPr="00A4485E">
        <w:rPr>
          <w:color w:val="000000" w:themeColor="text1"/>
        </w:rPr>
        <w:t>B5. Research Objectives</w:t>
      </w:r>
    </w:p>
    <w:p w:rsidR="00802EEA" w:rsidRPr="00A4485E" w:rsidRDefault="006A7D2F">
      <w:pPr>
        <w:pStyle w:val="Heading2"/>
        <w:rPr>
          <w:color w:val="000000" w:themeColor="text1"/>
        </w:rPr>
      </w:pPr>
      <w:r w:rsidRPr="00A4485E">
        <w:rPr>
          <w:color w:val="000000" w:themeColor="text1"/>
        </w:rPr>
        <w:t>General Objective</w:t>
      </w:r>
    </w:p>
    <w:p w:rsidR="00802EEA" w:rsidRPr="00A4485E" w:rsidRDefault="006A7D2F">
      <w:pPr>
        <w:rPr>
          <w:color w:val="000000" w:themeColor="text1"/>
        </w:rPr>
      </w:pPr>
      <w:r w:rsidRPr="00A4485E">
        <w:rPr>
          <w:color w:val="000000" w:themeColor="text1"/>
        </w:rPr>
        <w:t>________________________________________________________________________________</w:t>
      </w:r>
    </w:p>
    <w:p w:rsidR="00802EEA" w:rsidRPr="00A4485E" w:rsidRDefault="006A7D2F">
      <w:pPr>
        <w:pStyle w:val="Heading2"/>
        <w:rPr>
          <w:color w:val="000000" w:themeColor="text1"/>
        </w:rPr>
      </w:pPr>
      <w:r w:rsidRPr="00A4485E">
        <w:rPr>
          <w:color w:val="000000" w:themeColor="text1"/>
        </w:rPr>
        <w:t>Specific Objectives</w:t>
      </w:r>
    </w:p>
    <w:p w:rsidR="00802EEA" w:rsidRPr="00A4485E" w:rsidRDefault="006A7D2F">
      <w:pPr>
        <w:rPr>
          <w:color w:val="000000" w:themeColor="text1"/>
        </w:rPr>
      </w:pPr>
      <w:r w:rsidRPr="00A4485E">
        <w:rPr>
          <w:color w:val="000000" w:themeColor="text1"/>
        </w:rPr>
        <w:t>RO1: __________________________________________________________________________</w:t>
      </w:r>
    </w:p>
    <w:p w:rsidR="00802EEA" w:rsidRPr="00A4485E" w:rsidRDefault="006A7D2F">
      <w:pPr>
        <w:rPr>
          <w:color w:val="000000" w:themeColor="text1"/>
        </w:rPr>
      </w:pPr>
      <w:r w:rsidRPr="00A4485E">
        <w:rPr>
          <w:color w:val="000000" w:themeColor="text1"/>
        </w:rPr>
        <w:t>RO2: __________________________________________________________________________</w:t>
      </w:r>
    </w:p>
    <w:p w:rsidR="00802EEA" w:rsidRPr="00A4485E" w:rsidRDefault="006A7D2F">
      <w:pPr>
        <w:rPr>
          <w:color w:val="000000" w:themeColor="text1"/>
        </w:rPr>
      </w:pPr>
      <w:r w:rsidRPr="00A4485E">
        <w:rPr>
          <w:color w:val="000000" w:themeColor="text1"/>
        </w:rPr>
        <w:t>RO3: __________________________________________________________________________</w:t>
      </w:r>
    </w:p>
    <w:p w:rsidR="00802EEA" w:rsidRPr="00A4485E" w:rsidRDefault="006A7D2F">
      <w:pPr>
        <w:rPr>
          <w:color w:val="000000" w:themeColor="text1"/>
        </w:rPr>
      </w:pPr>
      <w:r w:rsidRPr="00A4485E">
        <w:rPr>
          <w:color w:val="000000" w:themeColor="text1"/>
        </w:rPr>
        <w:t>RO4: __________________________________________________________________________</w:t>
      </w:r>
    </w:p>
    <w:p w:rsidR="00802EEA" w:rsidRPr="00A4485E" w:rsidRDefault="006A7D2F">
      <w:pPr>
        <w:rPr>
          <w:color w:val="000000" w:themeColor="text1"/>
        </w:rPr>
      </w:pPr>
      <w:r w:rsidRPr="00A4485E">
        <w:rPr>
          <w:color w:val="000000" w:themeColor="text1"/>
        </w:rPr>
        <w:t>RO5: __________________________________________________________________________</w:t>
      </w:r>
    </w:p>
    <w:p w:rsidR="00802EEA" w:rsidRPr="00A4485E" w:rsidRDefault="006A7D2F">
      <w:pPr>
        <w:rPr>
          <w:color w:val="000000" w:themeColor="text1"/>
        </w:rPr>
      </w:pPr>
      <w:r w:rsidRPr="00A4485E">
        <w:rPr>
          <w:color w:val="000000" w:themeColor="text1"/>
        </w:rPr>
        <w:lastRenderedPageBreak/>
        <w:t>Note: Research questions and objectives should be logically aligned with the problem statement and methodology.</w:t>
      </w:r>
    </w:p>
    <w:p w:rsidR="00802EEA" w:rsidRPr="00A4485E" w:rsidRDefault="006A7D2F">
      <w:pPr>
        <w:pStyle w:val="Heading2"/>
        <w:rPr>
          <w:color w:val="000000" w:themeColor="text1"/>
        </w:rPr>
      </w:pPr>
      <w:r w:rsidRPr="00A4485E">
        <w:rPr>
          <w:color w:val="000000" w:themeColor="text1"/>
        </w:rPr>
        <w:t>B6. Mapping Research Objectives with SDGs</w:t>
      </w:r>
    </w:p>
    <w:tbl>
      <w:tblPr>
        <w:tblStyle w:val="TableGrid"/>
        <w:tblW w:w="0" w:type="auto"/>
        <w:jc w:val="center"/>
        <w:tblLook w:val="04A0" w:firstRow="1" w:lastRow="0" w:firstColumn="1" w:lastColumn="0" w:noHBand="0" w:noVBand="1"/>
      </w:tblPr>
      <w:tblGrid>
        <w:gridCol w:w="2024"/>
        <w:gridCol w:w="2015"/>
        <w:gridCol w:w="2015"/>
        <w:gridCol w:w="2023"/>
        <w:gridCol w:w="2030"/>
      </w:tblGrid>
      <w:tr w:rsidR="00A4485E" w:rsidRPr="00A4485E">
        <w:trPr>
          <w:jc w:val="center"/>
        </w:trPr>
        <w:tc>
          <w:tcPr>
            <w:tcW w:w="2045" w:type="dxa"/>
            <w:shd w:val="clear" w:color="auto" w:fill="D9EAF7"/>
            <w:vAlign w:val="center"/>
          </w:tcPr>
          <w:p w:rsidR="00802EEA" w:rsidRPr="00A4485E" w:rsidRDefault="006A7D2F">
            <w:pPr>
              <w:rPr>
                <w:color w:val="000000" w:themeColor="text1"/>
              </w:rPr>
            </w:pPr>
            <w:r w:rsidRPr="00A4485E">
              <w:rPr>
                <w:b/>
                <w:color w:val="000000" w:themeColor="text1"/>
                <w:sz w:val="18"/>
              </w:rPr>
              <w:t>Research Objective</w:t>
            </w:r>
          </w:p>
        </w:tc>
        <w:tc>
          <w:tcPr>
            <w:tcW w:w="2045" w:type="dxa"/>
            <w:shd w:val="clear" w:color="auto" w:fill="D9EAF7"/>
            <w:vAlign w:val="center"/>
          </w:tcPr>
          <w:p w:rsidR="00802EEA" w:rsidRPr="00A4485E" w:rsidRDefault="006A7D2F">
            <w:pPr>
              <w:rPr>
                <w:color w:val="000000" w:themeColor="text1"/>
              </w:rPr>
            </w:pPr>
            <w:r w:rsidRPr="00A4485E">
              <w:rPr>
                <w:b/>
                <w:color w:val="000000" w:themeColor="text1"/>
                <w:sz w:val="18"/>
              </w:rPr>
              <w:t>SDG No.</w:t>
            </w:r>
          </w:p>
        </w:tc>
        <w:tc>
          <w:tcPr>
            <w:tcW w:w="2045" w:type="dxa"/>
            <w:shd w:val="clear" w:color="auto" w:fill="D9EAF7"/>
            <w:vAlign w:val="center"/>
          </w:tcPr>
          <w:p w:rsidR="00802EEA" w:rsidRPr="00A4485E" w:rsidRDefault="006A7D2F">
            <w:pPr>
              <w:rPr>
                <w:color w:val="000000" w:themeColor="text1"/>
              </w:rPr>
            </w:pPr>
            <w:r w:rsidRPr="00A4485E">
              <w:rPr>
                <w:b/>
                <w:color w:val="000000" w:themeColor="text1"/>
                <w:sz w:val="18"/>
              </w:rPr>
              <w:t>SDG Title</w:t>
            </w:r>
          </w:p>
        </w:tc>
        <w:tc>
          <w:tcPr>
            <w:tcW w:w="2045" w:type="dxa"/>
            <w:shd w:val="clear" w:color="auto" w:fill="D9EAF7"/>
            <w:vAlign w:val="center"/>
          </w:tcPr>
          <w:p w:rsidR="00802EEA" w:rsidRPr="00A4485E" w:rsidRDefault="006A7D2F">
            <w:pPr>
              <w:rPr>
                <w:color w:val="000000" w:themeColor="text1"/>
              </w:rPr>
            </w:pPr>
            <w:r w:rsidRPr="00A4485E">
              <w:rPr>
                <w:b/>
                <w:color w:val="000000" w:themeColor="text1"/>
                <w:sz w:val="18"/>
              </w:rPr>
              <w:t>Relevant SDG Target</w:t>
            </w:r>
          </w:p>
        </w:tc>
        <w:tc>
          <w:tcPr>
            <w:tcW w:w="2045" w:type="dxa"/>
            <w:shd w:val="clear" w:color="auto" w:fill="D9EAF7"/>
            <w:vAlign w:val="center"/>
          </w:tcPr>
          <w:p w:rsidR="00802EEA" w:rsidRPr="00A4485E" w:rsidRDefault="006A7D2F">
            <w:pPr>
              <w:rPr>
                <w:color w:val="000000" w:themeColor="text1"/>
              </w:rPr>
            </w:pPr>
            <w:r w:rsidRPr="00A4485E">
              <w:rPr>
                <w:b/>
                <w:color w:val="000000" w:themeColor="text1"/>
                <w:sz w:val="18"/>
              </w:rPr>
              <w:t>Contribution of the Research</w:t>
            </w:r>
          </w:p>
        </w:tc>
      </w:tr>
      <w:tr w:rsidR="00A4485E" w:rsidRPr="00A4485E">
        <w:trPr>
          <w:jc w:val="center"/>
        </w:trPr>
        <w:tc>
          <w:tcPr>
            <w:tcW w:w="2045" w:type="dxa"/>
            <w:vAlign w:val="center"/>
          </w:tcPr>
          <w:p w:rsidR="00802EEA" w:rsidRPr="00A4485E" w:rsidRDefault="006A7D2F">
            <w:pPr>
              <w:rPr>
                <w:color w:val="000000" w:themeColor="text1"/>
              </w:rPr>
            </w:pPr>
            <w:r w:rsidRPr="00A4485E">
              <w:rPr>
                <w:color w:val="000000" w:themeColor="text1"/>
                <w:sz w:val="18"/>
              </w:rPr>
              <w:t>RO1</w:t>
            </w: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r>
      <w:tr w:rsidR="00A4485E" w:rsidRPr="00A4485E">
        <w:trPr>
          <w:jc w:val="center"/>
        </w:trPr>
        <w:tc>
          <w:tcPr>
            <w:tcW w:w="2045" w:type="dxa"/>
            <w:vAlign w:val="center"/>
          </w:tcPr>
          <w:p w:rsidR="00802EEA" w:rsidRPr="00A4485E" w:rsidRDefault="006A7D2F">
            <w:pPr>
              <w:rPr>
                <w:color w:val="000000" w:themeColor="text1"/>
              </w:rPr>
            </w:pPr>
            <w:r w:rsidRPr="00A4485E">
              <w:rPr>
                <w:color w:val="000000" w:themeColor="text1"/>
                <w:sz w:val="18"/>
              </w:rPr>
              <w:t>RO2</w:t>
            </w: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r>
      <w:tr w:rsidR="00A4485E" w:rsidRPr="00A4485E">
        <w:trPr>
          <w:jc w:val="center"/>
        </w:trPr>
        <w:tc>
          <w:tcPr>
            <w:tcW w:w="2045" w:type="dxa"/>
            <w:vAlign w:val="center"/>
          </w:tcPr>
          <w:p w:rsidR="00802EEA" w:rsidRPr="00A4485E" w:rsidRDefault="006A7D2F">
            <w:pPr>
              <w:rPr>
                <w:color w:val="000000" w:themeColor="text1"/>
              </w:rPr>
            </w:pPr>
            <w:r w:rsidRPr="00A4485E">
              <w:rPr>
                <w:color w:val="000000" w:themeColor="text1"/>
                <w:sz w:val="18"/>
              </w:rPr>
              <w:t>RO3</w:t>
            </w: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r>
      <w:tr w:rsidR="00A4485E" w:rsidRPr="00A4485E">
        <w:trPr>
          <w:jc w:val="center"/>
        </w:trPr>
        <w:tc>
          <w:tcPr>
            <w:tcW w:w="2045" w:type="dxa"/>
            <w:vAlign w:val="center"/>
          </w:tcPr>
          <w:p w:rsidR="00802EEA" w:rsidRPr="00A4485E" w:rsidRDefault="006A7D2F">
            <w:pPr>
              <w:rPr>
                <w:color w:val="000000" w:themeColor="text1"/>
              </w:rPr>
            </w:pPr>
            <w:r w:rsidRPr="00A4485E">
              <w:rPr>
                <w:color w:val="000000" w:themeColor="text1"/>
                <w:sz w:val="18"/>
              </w:rPr>
              <w:t>RO4</w:t>
            </w: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r>
      <w:tr w:rsidR="00A4485E" w:rsidRPr="00A4485E">
        <w:trPr>
          <w:jc w:val="center"/>
        </w:trPr>
        <w:tc>
          <w:tcPr>
            <w:tcW w:w="2045" w:type="dxa"/>
            <w:vAlign w:val="center"/>
          </w:tcPr>
          <w:p w:rsidR="00802EEA" w:rsidRPr="00A4485E" w:rsidRDefault="006A7D2F">
            <w:pPr>
              <w:rPr>
                <w:color w:val="000000" w:themeColor="text1"/>
              </w:rPr>
            </w:pPr>
            <w:r w:rsidRPr="00A4485E">
              <w:rPr>
                <w:color w:val="000000" w:themeColor="text1"/>
                <w:sz w:val="18"/>
              </w:rPr>
              <w:t>RO5</w:t>
            </w: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c>
          <w:tcPr>
            <w:tcW w:w="2045" w:type="dxa"/>
            <w:vAlign w:val="center"/>
          </w:tcPr>
          <w:p w:rsidR="00802EEA" w:rsidRPr="00A4485E" w:rsidRDefault="00802EEA">
            <w:pPr>
              <w:rPr>
                <w:color w:val="000000" w:themeColor="text1"/>
              </w:rPr>
            </w:pPr>
          </w:p>
        </w:tc>
      </w:tr>
    </w:tbl>
    <w:p w:rsidR="00802EEA" w:rsidRPr="00A4485E" w:rsidRDefault="006A7D2F">
      <w:pPr>
        <w:rPr>
          <w:color w:val="000000" w:themeColor="text1"/>
        </w:rPr>
      </w:pPr>
      <w:r w:rsidRPr="00A4485E">
        <w:rPr>
          <w:color w:val="000000" w:themeColor="text1"/>
        </w:rPr>
        <w:t>Total Number of SDGs Addressed: __________</w:t>
      </w:r>
    </w:p>
    <w:p w:rsidR="00802EEA" w:rsidRPr="00A4485E" w:rsidRDefault="006A7D2F">
      <w:pPr>
        <w:pStyle w:val="Heading2"/>
        <w:rPr>
          <w:color w:val="000000" w:themeColor="text1"/>
        </w:rPr>
      </w:pPr>
      <w:r w:rsidRPr="00A4485E">
        <w:rPr>
          <w:color w:val="000000" w:themeColor="text1"/>
        </w:rPr>
        <w:t>B7. Contributions of the Study</w:t>
      </w:r>
    </w:p>
    <w:p w:rsidR="006A7D2F" w:rsidRDefault="006A7D2F">
      <w:pPr>
        <w:pStyle w:val="Heading2"/>
        <w:rPr>
          <w:color w:val="000000" w:themeColor="text1"/>
        </w:rPr>
      </w:pPr>
      <w:r>
        <w:rPr>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128905</wp:posOffset>
                </wp:positionV>
                <wp:extent cx="6256020" cy="2583180"/>
                <wp:effectExtent l="0" t="0" r="11430" b="26670"/>
                <wp:wrapNone/>
                <wp:docPr id="4" name="Text Box 4"/>
                <wp:cNvGraphicFramePr/>
                <a:graphic xmlns:a="http://schemas.openxmlformats.org/drawingml/2006/main">
                  <a:graphicData uri="http://schemas.microsoft.com/office/word/2010/wordprocessingShape">
                    <wps:wsp>
                      <wps:cNvSpPr txBox="1"/>
                      <wps:spPr>
                        <a:xfrm>
                          <a:off x="0" y="0"/>
                          <a:ext cx="6256020" cy="2583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9" type="#_x0000_t202" style="position:absolute;margin-left:.6pt;margin-top:10.15pt;width:492.6pt;height:20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" fillcolor="white [3201]" strokeweight=".5pt">
                <v:textbox>
                  <w:txbxContent>
                    <w:p w:rsidR="003F41E3" w:rsidRDefault="003F41E3"/>
                  </w:txbxContent>
                </v:textbox>
              </v:shape>
            </w:pict>
          </mc:Fallback>
        </mc:AlternateContent>
      </w:r>
    </w:p>
    <w:p w:rsidR="006A7D2F" w:rsidRDefault="006A7D2F" w:rsidP="006A7D2F"/>
    <w:p w:rsidR="006A7D2F" w:rsidRPr="006A7D2F" w:rsidRDefault="006A7D2F" w:rsidP="006A7D2F"/>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B8. Literature Review</w:t>
      </w:r>
    </w:p>
    <w:p w:rsidR="00802EEA" w:rsidRDefault="006A7D2F">
      <w:pPr>
        <w:rPr>
          <w:color w:val="000000" w:themeColor="text1"/>
        </w:rPr>
      </w:pPr>
      <w:r w:rsidRPr="00A4485E">
        <w:rPr>
          <w:color w:val="000000" w:themeColor="text1"/>
        </w:rPr>
        <w:t>Provide a critical review of relevant literature, preferably emphasizing recent high-quality publications, particularly Scopus/WoS-indexed studies where appropriate. Address key concepts, theories/models, previous empirical research, major findings, contradictions, research gaps, and the conceptual/theoretical framework.</w:t>
      </w:r>
    </w:p>
    <w:p w:rsidR="006A7D2F" w:rsidRPr="00A4485E" w:rsidRDefault="006A7D2F">
      <w:pPr>
        <w:rPr>
          <w:color w:val="000000" w:themeColor="text1"/>
        </w:rPr>
      </w:pPr>
      <w:r>
        <w:rPr>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-34290</wp:posOffset>
                </wp:positionV>
                <wp:extent cx="6256020" cy="3253740"/>
                <wp:effectExtent l="0" t="0" r="11430" b="22860"/>
                <wp:wrapNone/>
                <wp:docPr id="5" name="Text Box 5"/>
                <wp:cNvGraphicFramePr/>
                <a:graphic xmlns:a="http://schemas.openxmlformats.org/drawingml/2006/main">
                  <a:graphicData uri="http://schemas.microsoft.com/office/word/2010/wordprocessingShape">
                    <wps:wsp>
                      <wps:cNvSpPr txBox="1"/>
                      <wps:spPr>
                        <a:xfrm>
                          <a:off x="0" y="0"/>
                          <a:ext cx="6256020" cy="3253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30" type="#_x0000_t202" style="position:absolute;margin-left:.6pt;margin-top:-2.7pt;width:492.6pt;height:256.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" fillcolor="white [3201]" strokeweight=".5pt">
                <v:textbox>
                  <w:txbxContent>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p w:rsidR="003F41E3" w:rsidRDefault="003F41E3"/>
                  </w:txbxContent>
                </v:textbox>
              </v:shape>
            </w:pict>
          </mc:Fallback>
        </mc:AlternateContent>
      </w:r>
    </w:p>
    <w:p w:rsidR="006A7D2F" w:rsidRDefault="006A7D2F">
      <w:pPr>
        <w:pStyle w:val="Heading2"/>
        <w:rPr>
          <w:color w:val="000000" w:themeColor="text1"/>
        </w:rPr>
      </w:pPr>
    </w:p>
    <w:p w:rsidR="006A7D2F" w:rsidRDefault="006A7D2F" w:rsidP="006A7D2F"/>
    <w:p w:rsidR="006A7D2F" w:rsidRPr="006A7D2F" w:rsidRDefault="006A7D2F" w:rsidP="006A7D2F"/>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rsidP="006A7D2F"/>
    <w:p w:rsidR="006A7D2F" w:rsidRPr="006A7D2F" w:rsidRDefault="006A7D2F" w:rsidP="006A7D2F"/>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rsidP="006A7D2F"/>
    <w:p w:rsidR="006A7D2F" w:rsidRDefault="006A7D2F" w:rsidP="006A7D2F"/>
    <w:p w:rsidR="006A7D2F" w:rsidRDefault="006A7D2F" w:rsidP="006A7D2F"/>
    <w:p w:rsidR="006A7D2F" w:rsidRDefault="00EB543F" w:rsidP="006A7D2F">
      <w:r>
        <w:rPr>
          <w:noProof/>
        </w:rPr>
        <w:lastRenderedPageBreak/>
        <mc:AlternateContent>
          <mc:Choice Requires="wps">
            <w:drawing>
              <wp:anchor distT="0" distB="0" distL="114300" distR="114300" simplePos="0" relativeHeight="251664384" behindDoc="0" locked="0" layoutInCell="1" allowOverlap="1" wp14:anchorId="0D8C14E8" wp14:editId="520AB77C">
                <wp:simplePos x="0" y="0"/>
                <wp:positionH relativeFrom="column">
                  <wp:posOffset>-38100</wp:posOffset>
                </wp:positionH>
                <wp:positionV relativeFrom="paragraph">
                  <wp:posOffset>-92710</wp:posOffset>
                </wp:positionV>
                <wp:extent cx="6256020" cy="9189720"/>
                <wp:effectExtent l="0" t="0" r="11430" b="11430"/>
                <wp:wrapNone/>
                <wp:docPr id="7" name="Text Box 7"/>
                <wp:cNvGraphicFramePr/>
                <a:graphic xmlns:a="http://schemas.openxmlformats.org/drawingml/2006/main">
                  <a:graphicData uri="http://schemas.microsoft.com/office/word/2010/wordprocessingShape">
                    <wps:wsp>
                      <wps:cNvSpPr txBox="1"/>
                      <wps:spPr>
                        <a:xfrm>
                          <a:off x="0" y="0"/>
                          <a:ext cx="6256020" cy="9189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31" type="#_x0000_t202" style="position:absolute;margin-left:-3pt;margin-top:-7.3pt;width:492.6pt;height:72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" fillcolor="white [3201]" strokeweight=".5pt">
                <v:textbox>
                  <w:txbxContent>
                    <w:p w:rsidR="003F41E3" w:rsidRDefault="003F41E3"/>
                  </w:txbxContent>
                </v:textbox>
              </v:shape>
            </w:pict>
          </mc:Fallback>
        </mc:AlternateContent>
      </w:r>
    </w:p>
    <w:p w:rsidR="006A7D2F" w:rsidRDefault="006A7D2F" w:rsidP="006A7D2F"/>
    <w:p w:rsidR="006A7D2F" w:rsidRDefault="006A7D2F" w:rsidP="006A7D2F"/>
    <w:p w:rsidR="006A7D2F" w:rsidRDefault="006A7D2F" w:rsidP="006A7D2F"/>
    <w:p w:rsidR="006A7D2F" w:rsidRPr="006A7D2F" w:rsidRDefault="006A7D2F" w:rsidP="006A7D2F"/>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6A7D2F" w:rsidRDefault="006A7D2F">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B9. Research Methodology</w:t>
      </w:r>
    </w:p>
    <w:p w:rsidR="00EB543F" w:rsidRDefault="00EB543F">
      <w:pPr>
        <w:rPr>
          <w:color w:val="000000" w:themeColor="text1"/>
        </w:rPr>
      </w:pPr>
    </w:p>
    <w:p w:rsidR="00802EEA" w:rsidRPr="00EB543F" w:rsidRDefault="006A7D2F">
      <w:pPr>
        <w:rPr>
          <w:b/>
          <w:color w:val="000000" w:themeColor="text1"/>
        </w:rPr>
      </w:pPr>
      <w:r w:rsidRPr="00EB543F">
        <w:rPr>
          <w:b/>
          <w:color w:val="000000" w:themeColor="text1"/>
        </w:rPr>
        <w:lastRenderedPageBreak/>
        <w:t>B9.1 Research Approach</w:t>
      </w:r>
    </w:p>
    <w:p w:rsidR="001043BF" w:rsidRDefault="001043BF">
      <w:pPr>
        <w:pStyle w:val="Heading2"/>
        <w:rPr>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22860</wp:posOffset>
                </wp:positionH>
                <wp:positionV relativeFrom="paragraph">
                  <wp:posOffset>71120</wp:posOffset>
                </wp:positionV>
                <wp:extent cx="6096000" cy="1821180"/>
                <wp:effectExtent l="0" t="0" r="19050" b="26670"/>
                <wp:wrapNone/>
                <wp:docPr id="8" name="Text Box 8"/>
                <wp:cNvGraphicFramePr/>
                <a:graphic xmlns:a="http://schemas.openxmlformats.org/drawingml/2006/main">
                  <a:graphicData uri="http://schemas.microsoft.com/office/word/2010/wordprocessingShape">
                    <wps:wsp>
                      <wps:cNvSpPr txBox="1"/>
                      <wps:spPr>
                        <a:xfrm>
                          <a:off x="0" y="0"/>
                          <a:ext cx="6096000" cy="1821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2" type="#_x0000_t202" style="position:absolute;margin-left:1.8pt;margin-top:5.6pt;width:480pt;height:143.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" fillcolor="white [3201]" strokeweight=".5pt">
                <v:textbox>
                  <w:txbxContent>
                    <w:p w:rsidR="003F41E3" w:rsidRDefault="003F41E3"/>
                  </w:txbxContent>
                </v:textbox>
              </v:shape>
            </w:pict>
          </mc:Fallback>
        </mc:AlternateContent>
      </w:r>
    </w:p>
    <w:p w:rsidR="001043BF" w:rsidRDefault="001043BF" w:rsidP="001043BF"/>
    <w:p w:rsidR="001043BF" w:rsidRDefault="001043BF" w:rsidP="001043BF"/>
    <w:p w:rsidR="001043BF" w:rsidRPr="001043BF" w:rsidRDefault="001043BF" w:rsidP="001043BF"/>
    <w:p w:rsidR="001043BF" w:rsidRDefault="001043BF">
      <w:pPr>
        <w:pStyle w:val="Heading2"/>
        <w:rPr>
          <w:color w:val="000000" w:themeColor="text1"/>
        </w:rPr>
      </w:pPr>
    </w:p>
    <w:p w:rsidR="001043BF" w:rsidRDefault="001043BF">
      <w:pPr>
        <w:pStyle w:val="Heading2"/>
        <w:rPr>
          <w:color w:val="000000" w:themeColor="text1"/>
        </w:rPr>
      </w:pPr>
    </w:p>
    <w:p w:rsidR="001043BF" w:rsidRDefault="001043BF">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B9.2 Research Design</w:t>
      </w:r>
    </w:p>
    <w:p w:rsidR="001043BF" w:rsidRDefault="001043BF">
      <w:pPr>
        <w:rPr>
          <w:color w:val="000000" w:themeColor="text1"/>
        </w:rPr>
      </w:pPr>
      <w:r>
        <w:rPr>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22860</wp:posOffset>
                </wp:positionH>
                <wp:positionV relativeFrom="paragraph">
                  <wp:posOffset>-46990</wp:posOffset>
                </wp:positionV>
                <wp:extent cx="6096000" cy="18288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09600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3" type="#_x0000_t202" style="position:absolute;margin-left:1.8pt;margin-top:-3.7pt;width:480pt;height:2in;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" fillcolor="white [3201]" strokeweight=".5pt">
                <v:textbox>
                  <w:txbxContent>
                    <w:p w:rsidR="003F41E3" w:rsidRDefault="003F41E3"/>
                  </w:txbxContent>
                </v:textbox>
              </v:shape>
            </w:pict>
          </mc:Fallback>
        </mc:AlternateContent>
      </w:r>
    </w:p>
    <w:p w:rsidR="001043BF" w:rsidRDefault="001043BF">
      <w:pPr>
        <w:rPr>
          <w:color w:val="000000" w:themeColor="text1"/>
        </w:rPr>
      </w:pPr>
    </w:p>
    <w:p w:rsidR="001043BF" w:rsidRDefault="001043BF">
      <w:pPr>
        <w:rPr>
          <w:color w:val="000000" w:themeColor="text1"/>
        </w:rPr>
      </w:pPr>
    </w:p>
    <w:p w:rsidR="001043BF" w:rsidRDefault="001043BF">
      <w:pPr>
        <w:rPr>
          <w:color w:val="000000" w:themeColor="text1"/>
        </w:rPr>
      </w:pPr>
    </w:p>
    <w:p w:rsidR="001043BF" w:rsidRDefault="001043BF">
      <w:pPr>
        <w:pStyle w:val="Heading2"/>
        <w:rPr>
          <w:color w:val="000000" w:themeColor="text1"/>
        </w:rPr>
      </w:pPr>
    </w:p>
    <w:p w:rsidR="001043BF" w:rsidRDefault="001043BF">
      <w:pPr>
        <w:pStyle w:val="Heading2"/>
        <w:rPr>
          <w:color w:val="000000" w:themeColor="text1"/>
        </w:rPr>
      </w:pPr>
    </w:p>
    <w:p w:rsidR="001043BF" w:rsidRDefault="001043BF">
      <w:pPr>
        <w:pStyle w:val="Heading2"/>
        <w:rPr>
          <w:color w:val="000000" w:themeColor="text1"/>
        </w:rPr>
      </w:pPr>
    </w:p>
    <w:p w:rsidR="00802EEA" w:rsidRDefault="006A7D2F">
      <w:pPr>
        <w:pStyle w:val="Heading2"/>
        <w:rPr>
          <w:color w:val="000000" w:themeColor="text1"/>
        </w:rPr>
      </w:pPr>
      <w:r w:rsidRPr="00A4485E">
        <w:rPr>
          <w:color w:val="000000" w:themeColor="text1"/>
        </w:rPr>
        <w:t>B9.3 Study Population</w:t>
      </w:r>
      <w:r w:rsidR="001043BF">
        <w:rPr>
          <w:color w:val="000000" w:themeColor="text1"/>
        </w:rPr>
        <w:t xml:space="preserve"> (if any)</w:t>
      </w:r>
    </w:p>
    <w:p w:rsidR="001043BF" w:rsidRDefault="001043BF" w:rsidP="001043BF">
      <w:r>
        <w:rPr>
          <w:noProof/>
          <w:color w:val="000000" w:themeColor="text1"/>
        </w:rPr>
        <mc:AlternateContent>
          <mc:Choice Requires="wps">
            <w:drawing>
              <wp:anchor distT="0" distB="0" distL="114300" distR="114300" simplePos="0" relativeHeight="251668480" behindDoc="0" locked="0" layoutInCell="1" allowOverlap="1" wp14:anchorId="10A76401" wp14:editId="00B42DFE">
                <wp:simplePos x="0" y="0"/>
                <wp:positionH relativeFrom="column">
                  <wp:posOffset>22860</wp:posOffset>
                </wp:positionH>
                <wp:positionV relativeFrom="paragraph">
                  <wp:posOffset>15875</wp:posOffset>
                </wp:positionV>
                <wp:extent cx="6096000" cy="1577340"/>
                <wp:effectExtent l="0" t="0" r="19050" b="22860"/>
                <wp:wrapNone/>
                <wp:docPr id="11" name="Text Box 11"/>
                <wp:cNvGraphicFramePr/>
                <a:graphic xmlns:a="http://schemas.openxmlformats.org/drawingml/2006/main">
                  <a:graphicData uri="http://schemas.microsoft.com/office/word/2010/wordprocessingShape">
                    <wps:wsp>
                      <wps:cNvSpPr txBox="1"/>
                      <wps:spPr>
                        <a:xfrm>
                          <a:off x="0" y="0"/>
                          <a:ext cx="6096000" cy="1577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rsidP="001043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1.8pt;margin-top:1.25pt;width:480pt;height:12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" fillcolor="white [3201]" strokeweight=".5pt">
                <v:textbox>
                  <w:txbxContent>
                    <w:p w:rsidR="003F41E3" w:rsidRDefault="003F41E3" w:rsidP="001043BF"/>
                  </w:txbxContent>
                </v:textbox>
              </v:shape>
            </w:pict>
          </mc:Fallback>
        </mc:AlternateContent>
      </w:r>
    </w:p>
    <w:p w:rsidR="001043BF" w:rsidRDefault="001043BF" w:rsidP="001043BF"/>
    <w:p w:rsidR="001043BF" w:rsidRDefault="001043BF" w:rsidP="001043BF"/>
    <w:p w:rsidR="001043BF" w:rsidRDefault="001043BF" w:rsidP="001043BF"/>
    <w:p w:rsidR="001043BF" w:rsidRPr="001043BF" w:rsidRDefault="001043BF" w:rsidP="001043BF"/>
    <w:p w:rsidR="001043BF" w:rsidRDefault="001043BF" w:rsidP="001043BF"/>
    <w:p w:rsidR="001043BF" w:rsidRPr="001043BF" w:rsidRDefault="001043BF" w:rsidP="001043BF">
      <w:pPr>
        <w:rPr>
          <w:b/>
        </w:rPr>
      </w:pPr>
      <w:r w:rsidRPr="001043BF">
        <w:rPr>
          <w:b/>
          <w:color w:val="000000" w:themeColor="text1"/>
        </w:rPr>
        <w:t>B9.4 Sampling Technique (if any)</w:t>
      </w:r>
      <w:r>
        <w:rPr>
          <w:noProof/>
          <w:color w:val="000000" w:themeColor="text1"/>
        </w:rPr>
        <mc:AlternateContent>
          <mc:Choice Requires="wps">
            <w:drawing>
              <wp:anchor distT="0" distB="0" distL="114300" distR="114300" simplePos="0" relativeHeight="251669504" behindDoc="0" locked="0" layoutInCell="1" allowOverlap="1" wp14:anchorId="031A39A8" wp14:editId="20228925">
                <wp:simplePos x="0" y="0"/>
                <wp:positionH relativeFrom="column">
                  <wp:posOffset>0</wp:posOffset>
                </wp:positionH>
                <wp:positionV relativeFrom="paragraph">
                  <wp:posOffset>188595</wp:posOffset>
                </wp:positionV>
                <wp:extent cx="6118860" cy="1493520"/>
                <wp:effectExtent l="0" t="0" r="15240" b="11430"/>
                <wp:wrapNone/>
                <wp:docPr id="12" name="Text Box 12"/>
                <wp:cNvGraphicFramePr/>
                <a:graphic xmlns:a="http://schemas.openxmlformats.org/drawingml/2006/main">
                  <a:graphicData uri="http://schemas.microsoft.com/office/word/2010/wordprocessingShape">
                    <wps:wsp>
                      <wps:cNvSpPr txBox="1"/>
                      <wps:spPr>
                        <a:xfrm>
                          <a:off x="0" y="0"/>
                          <a:ext cx="6118860" cy="1493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5" type="#_x0000_t202" style="position:absolute;margin-left:0;margin-top:14.85pt;width:481.8pt;height:117.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" fillcolor="white [3201]" strokeweight=".5pt">
                <v:textbox>
                  <w:txbxContent>
                    <w:p w:rsidR="003F41E3" w:rsidRDefault="003F41E3"/>
                  </w:txbxContent>
                </v:textbox>
              </v:shape>
            </w:pict>
          </mc:Fallback>
        </mc:AlternateContent>
      </w:r>
    </w:p>
    <w:p w:rsidR="001043BF" w:rsidRDefault="001043BF">
      <w:pPr>
        <w:pStyle w:val="Heading2"/>
        <w:rPr>
          <w:color w:val="000000" w:themeColor="text1"/>
        </w:rPr>
      </w:pPr>
    </w:p>
    <w:p w:rsidR="001043BF" w:rsidRDefault="001043BF">
      <w:pPr>
        <w:pStyle w:val="Heading2"/>
        <w:rPr>
          <w:color w:val="000000" w:themeColor="text1"/>
        </w:rPr>
      </w:pPr>
    </w:p>
    <w:p w:rsidR="001043BF" w:rsidRDefault="001043BF">
      <w:pPr>
        <w:pStyle w:val="Heading2"/>
        <w:rPr>
          <w:color w:val="000000" w:themeColor="text1"/>
        </w:rPr>
      </w:pPr>
    </w:p>
    <w:p w:rsidR="001043BF" w:rsidRDefault="001043BF">
      <w:pPr>
        <w:pStyle w:val="Heading2"/>
        <w:rPr>
          <w:color w:val="000000" w:themeColor="text1"/>
        </w:rPr>
      </w:pPr>
    </w:p>
    <w:p w:rsidR="00707026" w:rsidRDefault="00707026">
      <w:pPr>
        <w:pStyle w:val="Heading2"/>
        <w:rPr>
          <w:color w:val="000000" w:themeColor="text1"/>
        </w:rPr>
      </w:pPr>
    </w:p>
    <w:p w:rsidR="00707026" w:rsidRDefault="00707026">
      <w:pPr>
        <w:pStyle w:val="Heading2"/>
        <w:rPr>
          <w:color w:val="000000" w:themeColor="text1"/>
        </w:rPr>
      </w:pPr>
    </w:p>
    <w:p w:rsidR="006746F7" w:rsidRPr="006746F7" w:rsidRDefault="006746F7" w:rsidP="006746F7"/>
    <w:p w:rsidR="00802EEA" w:rsidRPr="00A4485E" w:rsidRDefault="006A7D2F">
      <w:pPr>
        <w:pStyle w:val="Heading2"/>
        <w:rPr>
          <w:color w:val="000000" w:themeColor="text1"/>
        </w:rPr>
      </w:pPr>
      <w:r w:rsidRPr="00A4485E">
        <w:rPr>
          <w:color w:val="000000" w:themeColor="text1"/>
        </w:rPr>
        <w:lastRenderedPageBreak/>
        <w:t>B9.5 Sample Size</w:t>
      </w:r>
      <w:r w:rsidR="001043BF">
        <w:rPr>
          <w:color w:val="000000" w:themeColor="text1"/>
        </w:rPr>
        <w:t xml:space="preserve"> (if any)</w:t>
      </w:r>
    </w:p>
    <w:p w:rsidR="00802EEA" w:rsidRDefault="006746F7">
      <w:pPr>
        <w:rPr>
          <w:color w:val="000000" w:themeColor="text1"/>
        </w:rPr>
      </w:pPr>
      <w:r>
        <w:rPr>
          <w:noProof/>
          <w:color w:val="000000" w:themeColor="text1"/>
        </w:rPr>
        <mc:AlternateContent>
          <mc:Choice Requires="wps">
            <w:drawing>
              <wp:anchor distT="0" distB="0" distL="114300" distR="114300" simplePos="0" relativeHeight="251670528" behindDoc="0" locked="0" layoutInCell="1" allowOverlap="1">
                <wp:simplePos x="0" y="0"/>
                <wp:positionH relativeFrom="column">
                  <wp:posOffset>22860</wp:posOffset>
                </wp:positionH>
                <wp:positionV relativeFrom="paragraph">
                  <wp:posOffset>78105</wp:posOffset>
                </wp:positionV>
                <wp:extent cx="6042660" cy="1897380"/>
                <wp:effectExtent l="0" t="0" r="15240" b="26670"/>
                <wp:wrapNone/>
                <wp:docPr id="13" name="Text Box 13"/>
                <wp:cNvGraphicFramePr/>
                <a:graphic xmlns:a="http://schemas.openxmlformats.org/drawingml/2006/main">
                  <a:graphicData uri="http://schemas.microsoft.com/office/word/2010/wordprocessingShape">
                    <wps:wsp>
                      <wps:cNvSpPr txBox="1"/>
                      <wps:spPr>
                        <a:xfrm>
                          <a:off x="0" y="0"/>
                          <a:ext cx="6042660" cy="1897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6" type="#_x0000_t202" style="position:absolute;margin-left:1.8pt;margin-top:6.15pt;width:475.8pt;height:149.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" fillcolor="white [3201]" strokeweight=".5pt">
                <v:textbox>
                  <w:txbxContent>
                    <w:p w:rsidR="003F41E3" w:rsidRDefault="003F41E3"/>
                  </w:txbxContent>
                </v:textbox>
              </v:shape>
            </w:pict>
          </mc:Fallback>
        </mc:AlternateContent>
      </w:r>
    </w:p>
    <w:p w:rsidR="006746F7" w:rsidRDefault="006746F7">
      <w:pPr>
        <w:rPr>
          <w:color w:val="000000" w:themeColor="text1"/>
        </w:rPr>
      </w:pPr>
    </w:p>
    <w:p w:rsidR="006746F7" w:rsidRDefault="006746F7">
      <w:pPr>
        <w:rPr>
          <w:color w:val="000000" w:themeColor="text1"/>
        </w:rPr>
      </w:pPr>
    </w:p>
    <w:p w:rsidR="006746F7" w:rsidRDefault="006746F7">
      <w:pPr>
        <w:rPr>
          <w:color w:val="000000" w:themeColor="text1"/>
        </w:rPr>
      </w:pPr>
    </w:p>
    <w:p w:rsidR="006746F7" w:rsidRDefault="006746F7">
      <w:pPr>
        <w:rPr>
          <w:color w:val="000000" w:themeColor="text1"/>
        </w:rPr>
      </w:pPr>
    </w:p>
    <w:p w:rsidR="006746F7" w:rsidRDefault="006746F7">
      <w:pPr>
        <w:rPr>
          <w:color w:val="000000" w:themeColor="text1"/>
        </w:rPr>
      </w:pPr>
    </w:p>
    <w:p w:rsidR="006746F7" w:rsidRPr="00A4485E" w:rsidRDefault="006746F7">
      <w:pPr>
        <w:rPr>
          <w:color w:val="000000" w:themeColor="text1"/>
        </w:rPr>
      </w:pPr>
    </w:p>
    <w:p w:rsidR="00802EEA" w:rsidRPr="00A4485E" w:rsidRDefault="006A7D2F">
      <w:pPr>
        <w:pStyle w:val="Heading2"/>
        <w:rPr>
          <w:color w:val="000000" w:themeColor="text1"/>
        </w:rPr>
      </w:pPr>
      <w:r w:rsidRPr="00A4485E">
        <w:rPr>
          <w:color w:val="000000" w:themeColor="text1"/>
        </w:rPr>
        <w:t>B9.6 Data Collection Method</w:t>
      </w:r>
    </w:p>
    <w:p w:rsidR="00802EEA" w:rsidRPr="00A4485E" w:rsidRDefault="006A7D2F">
      <w:pPr>
        <w:rPr>
          <w:color w:val="000000" w:themeColor="text1"/>
        </w:rPr>
      </w:pPr>
      <w:r w:rsidRPr="00A4485E">
        <w:rPr>
          <w:color w:val="000000" w:themeColor="text1"/>
        </w:rPr>
        <w:t>☐ Questionnaire/Survey   ☐ Interview   ☐ Focus Group Discussion   ☐ Observation   ☐ Secondary Data   ☐ Experimental Study   ☐ Other: __________</w:t>
      </w:r>
    </w:p>
    <w:p w:rsidR="00802EEA" w:rsidRPr="00A4485E" w:rsidRDefault="006A7D2F">
      <w:pPr>
        <w:rPr>
          <w:color w:val="000000" w:themeColor="text1"/>
        </w:rPr>
      </w:pPr>
      <w:r w:rsidRPr="00A4485E">
        <w:rPr>
          <w:color w:val="000000" w:themeColor="text1"/>
        </w:rPr>
        <w:t>Details: ________________________________________________________________________</w:t>
      </w:r>
      <w:r w:rsidR="007D3CC9">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2EEA" w:rsidRPr="00A4485E" w:rsidRDefault="006A7D2F">
      <w:pPr>
        <w:pStyle w:val="Heading2"/>
        <w:rPr>
          <w:color w:val="000000" w:themeColor="text1"/>
        </w:rPr>
      </w:pPr>
      <w:r w:rsidRPr="00A4485E">
        <w:rPr>
          <w:color w:val="000000" w:themeColor="text1"/>
        </w:rPr>
        <w:t>B9.7 Research Instrument</w:t>
      </w:r>
      <w:r w:rsidR="003F41E3">
        <w:rPr>
          <w:color w:val="000000" w:themeColor="text1"/>
        </w:rPr>
        <w:t xml:space="preserve">/Techniques/Phases </w:t>
      </w:r>
    </w:p>
    <w:p w:rsidR="006746F7" w:rsidRDefault="006746F7">
      <w:pPr>
        <w:pStyle w:val="Heading2"/>
        <w:rPr>
          <w:color w:val="000000" w:themeColor="text1"/>
        </w:rPr>
      </w:pPr>
      <w:r>
        <w:rPr>
          <w:noProof/>
          <w:color w:val="000000" w:themeColor="text1"/>
        </w:rPr>
        <mc:AlternateContent>
          <mc:Choice Requires="wps">
            <w:drawing>
              <wp:anchor distT="0" distB="0" distL="114300" distR="114300" simplePos="0" relativeHeight="251672576" behindDoc="0" locked="0" layoutInCell="1" allowOverlap="1">
                <wp:simplePos x="0" y="0"/>
                <wp:positionH relativeFrom="column">
                  <wp:posOffset>22860</wp:posOffset>
                </wp:positionH>
                <wp:positionV relativeFrom="paragraph">
                  <wp:posOffset>79375</wp:posOffset>
                </wp:positionV>
                <wp:extent cx="6004560" cy="1234440"/>
                <wp:effectExtent l="0" t="0" r="15240" b="22860"/>
                <wp:wrapNone/>
                <wp:docPr id="15" name="Text Box 15"/>
                <wp:cNvGraphicFramePr/>
                <a:graphic xmlns:a="http://schemas.openxmlformats.org/drawingml/2006/main">
                  <a:graphicData uri="http://schemas.microsoft.com/office/word/2010/wordprocessingShape">
                    <wps:wsp>
                      <wps:cNvSpPr txBox="1"/>
                      <wps:spPr>
                        <a:xfrm>
                          <a:off x="0" y="0"/>
                          <a:ext cx="6004560" cy="1234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7" type="#_x0000_t202" style="position:absolute;margin-left:1.8pt;margin-top:6.25pt;width:472.8pt;height:97.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" fillcolor="white [3201]" strokeweight=".5pt">
                <v:textbox>
                  <w:txbxContent>
                    <w:p w:rsidR="003F41E3" w:rsidRDefault="003F41E3"/>
                  </w:txbxContent>
                </v:textbox>
              </v:shape>
            </w:pict>
          </mc:Fallback>
        </mc:AlternateContent>
      </w:r>
    </w:p>
    <w:p w:rsidR="006746F7" w:rsidRDefault="006746F7" w:rsidP="006746F7"/>
    <w:p w:rsidR="006746F7" w:rsidRPr="006746F7" w:rsidRDefault="006746F7" w:rsidP="006746F7"/>
    <w:p w:rsidR="006746F7" w:rsidRDefault="006746F7">
      <w:pPr>
        <w:pStyle w:val="Heading2"/>
        <w:rPr>
          <w:color w:val="000000" w:themeColor="text1"/>
        </w:rPr>
      </w:pPr>
    </w:p>
    <w:p w:rsidR="006746F7" w:rsidRDefault="006746F7">
      <w:pPr>
        <w:pStyle w:val="Heading2"/>
        <w:rPr>
          <w:color w:val="000000" w:themeColor="text1"/>
        </w:rPr>
      </w:pPr>
    </w:p>
    <w:p w:rsidR="00802EEA" w:rsidRDefault="006A7D2F">
      <w:pPr>
        <w:pStyle w:val="Heading2"/>
        <w:rPr>
          <w:color w:val="000000" w:themeColor="text1"/>
        </w:rPr>
      </w:pPr>
      <w:r w:rsidRPr="00A4485E">
        <w:rPr>
          <w:color w:val="000000" w:themeColor="text1"/>
        </w:rPr>
        <w:t>B9.8 Variables/Key Constructs</w:t>
      </w:r>
      <w:r w:rsidR="003F41E3">
        <w:rPr>
          <w:color w:val="000000" w:themeColor="text1"/>
        </w:rPr>
        <w:t xml:space="preserve">/Materials/Tools </w:t>
      </w:r>
    </w:p>
    <w:p w:rsidR="003F41E3" w:rsidRDefault="003F41E3" w:rsidP="003F41E3">
      <w:r>
        <w:rPr>
          <w:noProof/>
          <w:color w:val="000000" w:themeColor="text1"/>
        </w:rPr>
        <mc:AlternateContent>
          <mc:Choice Requires="wps">
            <w:drawing>
              <wp:anchor distT="0" distB="0" distL="114300" distR="114300" simplePos="0" relativeHeight="251678720" behindDoc="0" locked="0" layoutInCell="1" allowOverlap="1" wp14:anchorId="19ED87F5" wp14:editId="48858AE9">
                <wp:simplePos x="0" y="0"/>
                <wp:positionH relativeFrom="column">
                  <wp:posOffset>22860</wp:posOffset>
                </wp:positionH>
                <wp:positionV relativeFrom="paragraph">
                  <wp:posOffset>90170</wp:posOffset>
                </wp:positionV>
                <wp:extent cx="6004560" cy="1455420"/>
                <wp:effectExtent l="0" t="0" r="15240" b="11430"/>
                <wp:wrapNone/>
                <wp:docPr id="6" name="Text Box 6"/>
                <wp:cNvGraphicFramePr/>
                <a:graphic xmlns:a="http://schemas.openxmlformats.org/drawingml/2006/main">
                  <a:graphicData uri="http://schemas.microsoft.com/office/word/2010/wordprocessingShape">
                    <wps:wsp>
                      <wps:cNvSpPr txBox="1"/>
                      <wps:spPr>
                        <a:xfrm>
                          <a:off x="0" y="0"/>
                          <a:ext cx="6004560" cy="1455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rsidP="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8" type="#_x0000_t202" style="position:absolute;margin-left:1.8pt;margin-top:7.1pt;width:472.8pt;height:114.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" fillcolor="white [3201]" strokeweight=".5pt">
                <v:textbox>
                  <w:txbxContent>
                    <w:p w:rsidR="003F41E3" w:rsidRDefault="003F41E3" w:rsidP="003F41E3"/>
                  </w:txbxContent>
                </v:textbox>
              </v:shape>
            </w:pict>
          </mc:Fallback>
        </mc:AlternateContent>
      </w:r>
    </w:p>
    <w:p w:rsidR="003F41E3" w:rsidRDefault="003F41E3" w:rsidP="003F41E3"/>
    <w:p w:rsidR="003F41E3" w:rsidRDefault="003F41E3" w:rsidP="003F41E3"/>
    <w:p w:rsidR="003F41E3" w:rsidRDefault="003F41E3" w:rsidP="003F41E3"/>
    <w:p w:rsidR="003F41E3" w:rsidRPr="003F41E3" w:rsidRDefault="003F41E3" w:rsidP="003F41E3"/>
    <w:p w:rsidR="003F41E3" w:rsidRDefault="003F41E3">
      <w:pPr>
        <w:pStyle w:val="Heading2"/>
        <w:rPr>
          <w:color w:val="000000" w:themeColor="text1"/>
        </w:rPr>
      </w:pPr>
    </w:p>
    <w:p w:rsidR="00802EEA" w:rsidRPr="00A4485E" w:rsidRDefault="006A7D2F" w:rsidP="007D3CC9">
      <w:pPr>
        <w:pStyle w:val="Heading2"/>
        <w:spacing w:before="0"/>
        <w:rPr>
          <w:color w:val="000000" w:themeColor="text1"/>
        </w:rPr>
      </w:pPr>
      <w:r w:rsidRPr="00A4485E">
        <w:rPr>
          <w:color w:val="000000" w:themeColor="text1"/>
        </w:rPr>
        <w:t>B9.9 Data Analysis Techniques</w:t>
      </w:r>
    </w:p>
    <w:p w:rsidR="006746F7" w:rsidRDefault="006746F7">
      <w:pPr>
        <w:pStyle w:val="Heading2"/>
        <w:rPr>
          <w:color w:val="000000" w:themeColor="text1"/>
        </w:rPr>
      </w:pPr>
      <w:r>
        <w:rPr>
          <w:noProof/>
          <w:color w:val="000000" w:themeColor="text1"/>
        </w:rPr>
        <mc:AlternateContent>
          <mc:Choice Requires="wps">
            <w:drawing>
              <wp:anchor distT="0" distB="0" distL="114300" distR="114300" simplePos="0" relativeHeight="251671552" behindDoc="0" locked="0" layoutInCell="1" allowOverlap="1">
                <wp:simplePos x="0" y="0"/>
                <wp:positionH relativeFrom="column">
                  <wp:posOffset>22860</wp:posOffset>
                </wp:positionH>
                <wp:positionV relativeFrom="paragraph">
                  <wp:posOffset>149860</wp:posOffset>
                </wp:positionV>
                <wp:extent cx="6240780" cy="1645920"/>
                <wp:effectExtent l="0" t="0" r="26670" b="11430"/>
                <wp:wrapNone/>
                <wp:docPr id="14" name="Text Box 14"/>
                <wp:cNvGraphicFramePr/>
                <a:graphic xmlns:a="http://schemas.openxmlformats.org/drawingml/2006/main">
                  <a:graphicData uri="http://schemas.microsoft.com/office/word/2010/wordprocessingShape">
                    <wps:wsp>
                      <wps:cNvSpPr txBox="1"/>
                      <wps:spPr>
                        <a:xfrm>
                          <a:off x="0" y="0"/>
                          <a:ext cx="6240780" cy="1645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9" type="#_x0000_t202" style="position:absolute;margin-left:1.8pt;margin-top:11.8pt;width:491.4pt;height:129.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" fillcolor="white [3201]" strokeweight=".5pt">
                <v:textbox>
                  <w:txbxContent>
                    <w:p w:rsidR="003F41E3" w:rsidRDefault="003F41E3"/>
                  </w:txbxContent>
                </v:textbox>
              </v:shape>
            </w:pict>
          </mc:Fallback>
        </mc:AlternateContent>
      </w:r>
    </w:p>
    <w:p w:rsidR="006746F7" w:rsidRPr="006746F7" w:rsidRDefault="006746F7" w:rsidP="006746F7"/>
    <w:p w:rsidR="006746F7" w:rsidRDefault="006746F7">
      <w:pPr>
        <w:pStyle w:val="Heading2"/>
        <w:rPr>
          <w:color w:val="000000" w:themeColor="text1"/>
        </w:rPr>
      </w:pPr>
    </w:p>
    <w:p w:rsidR="003F41E3" w:rsidRDefault="003F41E3" w:rsidP="003F41E3">
      <w:pPr>
        <w:rPr>
          <w:rFonts w:asciiTheme="majorHAnsi" w:eastAsiaTheme="majorEastAsia" w:hAnsiTheme="majorHAnsi" w:cstheme="majorBidi"/>
          <w:b/>
          <w:bCs/>
          <w:color w:val="000000" w:themeColor="text1"/>
          <w:sz w:val="22"/>
          <w:szCs w:val="26"/>
        </w:rPr>
      </w:pPr>
    </w:p>
    <w:p w:rsidR="007D3CC9" w:rsidRPr="003F41E3" w:rsidRDefault="007D3CC9" w:rsidP="003F41E3"/>
    <w:p w:rsidR="00802EEA" w:rsidRPr="00A4485E" w:rsidRDefault="006A7D2F">
      <w:pPr>
        <w:pStyle w:val="Heading2"/>
        <w:rPr>
          <w:color w:val="000000" w:themeColor="text1"/>
        </w:rPr>
      </w:pPr>
      <w:r w:rsidRPr="00A4485E">
        <w:rPr>
          <w:color w:val="000000" w:themeColor="text1"/>
        </w:rPr>
        <w:lastRenderedPageBreak/>
        <w:t>B9.10 Software/Analytical Tools</w:t>
      </w:r>
      <w:r w:rsidR="00ED3390">
        <w:rPr>
          <w:color w:val="000000" w:themeColor="text1"/>
        </w:rPr>
        <w:t xml:space="preserve"> (if any)</w:t>
      </w:r>
    </w:p>
    <w:p w:rsidR="00802EEA" w:rsidRPr="00A4485E" w:rsidRDefault="006A7D2F">
      <w:pPr>
        <w:rPr>
          <w:color w:val="000000" w:themeColor="text1"/>
        </w:rPr>
      </w:pPr>
      <w:r w:rsidRPr="00A4485E">
        <w:rPr>
          <w:color w:val="000000" w:themeColor="text1"/>
        </w:rPr>
        <w:t xml:space="preserve">☐ </w:t>
      </w:r>
      <w:proofErr w:type="gramStart"/>
      <w:r w:rsidRPr="00A4485E">
        <w:rPr>
          <w:color w:val="000000" w:themeColor="text1"/>
        </w:rPr>
        <w:t>SPSS  ☐</w:t>
      </w:r>
      <w:proofErr w:type="gramEnd"/>
      <w:r w:rsidRPr="00A4485E">
        <w:rPr>
          <w:color w:val="000000" w:themeColor="text1"/>
        </w:rPr>
        <w:t xml:space="preserve"> SmartPLS  ☐ AMOS  ☐ NVivo  ☐ R  ☐ Python  ☐ Other: __________</w:t>
      </w:r>
      <w:r w:rsidR="006746F7">
        <w:rPr>
          <w:color w:val="000000" w:themeColor="text1"/>
        </w:rPr>
        <w:t>_____________</w:t>
      </w:r>
    </w:p>
    <w:p w:rsidR="00802EEA" w:rsidRPr="00A4485E" w:rsidRDefault="006A7D2F">
      <w:pPr>
        <w:pStyle w:val="Heading2"/>
        <w:rPr>
          <w:color w:val="000000" w:themeColor="text1"/>
        </w:rPr>
      </w:pPr>
      <w:r w:rsidRPr="00A4485E">
        <w:rPr>
          <w:color w:val="000000" w:themeColor="text1"/>
        </w:rPr>
        <w:t>B9.11 Ethical Considerations</w:t>
      </w:r>
      <w:r w:rsidR="00ED3390">
        <w:rPr>
          <w:color w:val="000000" w:themeColor="text1"/>
        </w:rPr>
        <w:t xml:space="preserve"> </w:t>
      </w:r>
    </w:p>
    <w:p w:rsidR="006746F7" w:rsidRDefault="006746F7">
      <w:pPr>
        <w:pStyle w:val="Heading2"/>
        <w:rPr>
          <w:color w:val="000000" w:themeColor="text1"/>
        </w:rPr>
      </w:pPr>
      <w:r>
        <w:rPr>
          <w:noProof/>
          <w:color w:val="000000" w:themeColor="text1"/>
        </w:rPr>
        <mc:AlternateContent>
          <mc:Choice Requires="wps">
            <w:drawing>
              <wp:anchor distT="0" distB="0" distL="114300" distR="114300" simplePos="0" relativeHeight="251673600" behindDoc="0" locked="0" layoutInCell="1" allowOverlap="1">
                <wp:simplePos x="0" y="0"/>
                <wp:positionH relativeFrom="column">
                  <wp:posOffset>30480</wp:posOffset>
                </wp:positionH>
                <wp:positionV relativeFrom="paragraph">
                  <wp:posOffset>230505</wp:posOffset>
                </wp:positionV>
                <wp:extent cx="6073140" cy="1402080"/>
                <wp:effectExtent l="0" t="0" r="22860" b="26670"/>
                <wp:wrapNone/>
                <wp:docPr id="16" name="Text Box 16"/>
                <wp:cNvGraphicFramePr/>
                <a:graphic xmlns:a="http://schemas.openxmlformats.org/drawingml/2006/main">
                  <a:graphicData uri="http://schemas.microsoft.com/office/word/2010/wordprocessingShape">
                    <wps:wsp>
                      <wps:cNvSpPr txBox="1"/>
                      <wps:spPr>
                        <a:xfrm>
                          <a:off x="0" y="0"/>
                          <a:ext cx="6073140" cy="1402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40" type="#_x0000_t202" style="position:absolute;margin-left:2.4pt;margin-top:18.15pt;width:478.2pt;height:110.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" fillcolor="white [3201]" strokeweight=".5pt">
                <v:textbox>
                  <w:txbxContent>
                    <w:p w:rsidR="003F41E3" w:rsidRDefault="003F41E3"/>
                  </w:txbxContent>
                </v:textbox>
              </v:shape>
            </w:pict>
          </mc:Fallback>
        </mc:AlternateContent>
      </w:r>
    </w:p>
    <w:p w:rsidR="006746F7" w:rsidRPr="006746F7" w:rsidRDefault="006746F7" w:rsidP="006746F7"/>
    <w:p w:rsidR="006746F7" w:rsidRDefault="006746F7" w:rsidP="006746F7"/>
    <w:p w:rsidR="006746F7" w:rsidRPr="006746F7" w:rsidRDefault="006746F7" w:rsidP="006746F7"/>
    <w:p w:rsidR="006746F7" w:rsidRDefault="006746F7">
      <w:pPr>
        <w:pStyle w:val="Heading2"/>
        <w:rPr>
          <w:color w:val="000000" w:themeColor="text1"/>
        </w:rPr>
      </w:pPr>
    </w:p>
    <w:p w:rsidR="006746F7" w:rsidRDefault="006746F7">
      <w:pPr>
        <w:pStyle w:val="Heading2"/>
        <w:rPr>
          <w:color w:val="000000" w:themeColor="text1"/>
        </w:rPr>
      </w:pPr>
    </w:p>
    <w:p w:rsidR="00802EEA" w:rsidRPr="00A4485E" w:rsidRDefault="006A7D2F">
      <w:pPr>
        <w:pStyle w:val="Heading2"/>
        <w:rPr>
          <w:color w:val="000000" w:themeColor="text1"/>
        </w:rPr>
      </w:pPr>
      <w:r w:rsidRPr="00A4485E">
        <w:rPr>
          <w:color w:val="000000" w:themeColor="text1"/>
        </w:rPr>
        <w:t>B10. Expected Outcomes</w:t>
      </w:r>
    </w:p>
    <w:p w:rsidR="00802EEA" w:rsidRPr="00A4485E" w:rsidRDefault="006A7D2F">
      <w:pPr>
        <w:rPr>
          <w:color w:val="000000" w:themeColor="text1"/>
        </w:rPr>
      </w:pPr>
      <w:r w:rsidRPr="00A4485E">
        <w:rPr>
          <w:color w:val="000000" w:themeColor="text1"/>
        </w:rPr>
        <w:t>Expected Research Outputs</w:t>
      </w:r>
    </w:p>
    <w:tbl>
      <w:tblPr>
        <w:tblStyle w:val="TableGrid"/>
        <w:tblW w:w="0" w:type="auto"/>
        <w:jc w:val="center"/>
        <w:tblLook w:val="04A0" w:firstRow="1" w:lastRow="0" w:firstColumn="1" w:lastColumn="0" w:noHBand="0" w:noVBand="1"/>
      </w:tblPr>
      <w:tblGrid>
        <w:gridCol w:w="3377"/>
        <w:gridCol w:w="3361"/>
        <w:gridCol w:w="3369"/>
      </w:tblGrid>
      <w:tr w:rsidR="00A4485E" w:rsidRPr="00A4485E">
        <w:trPr>
          <w:jc w:val="center"/>
        </w:trPr>
        <w:tc>
          <w:tcPr>
            <w:tcW w:w="3408" w:type="dxa"/>
            <w:shd w:val="clear" w:color="auto" w:fill="D9EAF7"/>
            <w:vAlign w:val="center"/>
          </w:tcPr>
          <w:p w:rsidR="00802EEA" w:rsidRPr="00A4485E" w:rsidRDefault="006A7D2F">
            <w:pPr>
              <w:rPr>
                <w:color w:val="000000" w:themeColor="text1"/>
              </w:rPr>
            </w:pPr>
            <w:r w:rsidRPr="00A4485E">
              <w:rPr>
                <w:b/>
                <w:color w:val="000000" w:themeColor="text1"/>
                <w:sz w:val="18"/>
              </w:rPr>
              <w:t>Output</w:t>
            </w:r>
          </w:p>
        </w:tc>
        <w:tc>
          <w:tcPr>
            <w:tcW w:w="3408" w:type="dxa"/>
            <w:shd w:val="clear" w:color="auto" w:fill="D9EAF7"/>
            <w:vAlign w:val="center"/>
          </w:tcPr>
          <w:p w:rsidR="00802EEA" w:rsidRPr="00A4485E" w:rsidRDefault="006A7D2F">
            <w:pPr>
              <w:rPr>
                <w:color w:val="000000" w:themeColor="text1"/>
              </w:rPr>
            </w:pPr>
            <w:r w:rsidRPr="00A4485E">
              <w:rPr>
                <w:b/>
                <w:color w:val="000000" w:themeColor="text1"/>
                <w:sz w:val="18"/>
              </w:rPr>
              <w:t>Target</w:t>
            </w:r>
          </w:p>
        </w:tc>
        <w:tc>
          <w:tcPr>
            <w:tcW w:w="3408" w:type="dxa"/>
            <w:shd w:val="clear" w:color="auto" w:fill="D9EAF7"/>
            <w:vAlign w:val="center"/>
          </w:tcPr>
          <w:p w:rsidR="00802EEA" w:rsidRPr="00A4485E" w:rsidRDefault="006A7D2F">
            <w:pPr>
              <w:rPr>
                <w:color w:val="000000" w:themeColor="text1"/>
              </w:rPr>
            </w:pPr>
            <w:r w:rsidRPr="00A4485E">
              <w:rPr>
                <w:b/>
                <w:color w:val="000000" w:themeColor="text1"/>
                <w:sz w:val="18"/>
              </w:rPr>
              <w:t>Expected Completion</w:t>
            </w: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Scopus-indexed journal publication</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Conference paper/presentation</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Research report</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Book chapter/other publication</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Dataset/Research instrument</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Policy/industry recommendation</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r w:rsidR="00A4485E" w:rsidRPr="00A4485E">
        <w:trPr>
          <w:jc w:val="center"/>
        </w:trPr>
        <w:tc>
          <w:tcPr>
            <w:tcW w:w="3408" w:type="dxa"/>
            <w:vAlign w:val="center"/>
          </w:tcPr>
          <w:p w:rsidR="00802EEA" w:rsidRPr="00A4485E" w:rsidRDefault="006A7D2F">
            <w:pPr>
              <w:rPr>
                <w:color w:val="000000" w:themeColor="text1"/>
              </w:rPr>
            </w:pPr>
            <w:r w:rsidRPr="00A4485E">
              <w:rPr>
                <w:color w:val="000000" w:themeColor="text1"/>
                <w:sz w:val="18"/>
              </w:rPr>
              <w:t>Other</w:t>
            </w:r>
          </w:p>
        </w:tc>
        <w:tc>
          <w:tcPr>
            <w:tcW w:w="3408" w:type="dxa"/>
            <w:vAlign w:val="center"/>
          </w:tcPr>
          <w:p w:rsidR="00802EEA" w:rsidRPr="00A4485E" w:rsidRDefault="00802EEA">
            <w:pPr>
              <w:rPr>
                <w:color w:val="000000" w:themeColor="text1"/>
              </w:rPr>
            </w:pPr>
          </w:p>
        </w:tc>
        <w:tc>
          <w:tcPr>
            <w:tcW w:w="3408" w:type="dxa"/>
            <w:vAlign w:val="center"/>
          </w:tcPr>
          <w:p w:rsidR="00802EEA" w:rsidRPr="00A4485E" w:rsidRDefault="00802EEA">
            <w:pPr>
              <w:rPr>
                <w:color w:val="000000" w:themeColor="text1"/>
              </w:rPr>
            </w:pPr>
          </w:p>
        </w:tc>
      </w:tr>
    </w:tbl>
    <w:p w:rsidR="00802EEA" w:rsidRPr="00A4485E" w:rsidRDefault="006A7D2F">
      <w:pPr>
        <w:pStyle w:val="Heading2"/>
        <w:rPr>
          <w:color w:val="000000" w:themeColor="text1"/>
        </w:rPr>
      </w:pPr>
      <w:r w:rsidRPr="00A4485E">
        <w:rPr>
          <w:color w:val="000000" w:themeColor="text1"/>
        </w:rPr>
        <w:t>Expected Impact</w:t>
      </w:r>
    </w:p>
    <w:p w:rsidR="00957A80" w:rsidRDefault="00957A80">
      <w:pPr>
        <w:pStyle w:val="Heading2"/>
        <w:rPr>
          <w:color w:val="000000" w:themeColor="text1"/>
        </w:rPr>
      </w:pPr>
      <w:r>
        <w:rPr>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30480</wp:posOffset>
                </wp:positionH>
                <wp:positionV relativeFrom="paragraph">
                  <wp:posOffset>34290</wp:posOffset>
                </wp:positionV>
                <wp:extent cx="6210300" cy="1005840"/>
                <wp:effectExtent l="0" t="0" r="19050" b="22860"/>
                <wp:wrapNone/>
                <wp:docPr id="17" name="Text Box 17"/>
                <wp:cNvGraphicFramePr/>
                <a:graphic xmlns:a="http://schemas.openxmlformats.org/drawingml/2006/main">
                  <a:graphicData uri="http://schemas.microsoft.com/office/word/2010/wordprocessingShape">
                    <wps:wsp>
                      <wps:cNvSpPr txBox="1"/>
                      <wps:spPr>
                        <a:xfrm>
                          <a:off x="0" y="0"/>
                          <a:ext cx="6210300" cy="1005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41" type="#_x0000_t202" style="position:absolute;margin-left:2.4pt;margin-top:2.7pt;width:489pt;height:79.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" fillcolor="white [3201]" strokeweight=".5pt">
                <v:textbox>
                  <w:txbxContent>
                    <w:p w:rsidR="003F41E3" w:rsidRDefault="003F41E3"/>
                    <w:p w:rsidR="003F41E3" w:rsidRDefault="003F41E3"/>
                  </w:txbxContent>
                </v:textbox>
              </v:shape>
            </w:pict>
          </mc:Fallback>
        </mc:AlternateContent>
      </w:r>
    </w:p>
    <w:p w:rsidR="00957A80" w:rsidRDefault="00957A80">
      <w:pPr>
        <w:pStyle w:val="Heading2"/>
        <w:rPr>
          <w:color w:val="000000" w:themeColor="text1"/>
        </w:rPr>
      </w:pPr>
    </w:p>
    <w:p w:rsidR="00957A80" w:rsidRDefault="00957A80">
      <w:pPr>
        <w:pStyle w:val="Heading2"/>
        <w:rPr>
          <w:color w:val="000000" w:themeColor="text1"/>
        </w:rPr>
      </w:pPr>
    </w:p>
    <w:p w:rsidR="00957A80" w:rsidRDefault="00957A80">
      <w:pPr>
        <w:pStyle w:val="Heading2"/>
        <w:rPr>
          <w:color w:val="000000" w:themeColor="text1"/>
        </w:rPr>
      </w:pPr>
    </w:p>
    <w:p w:rsidR="003F41E3" w:rsidRDefault="003F41E3">
      <w:pPr>
        <w:pStyle w:val="Heading2"/>
        <w:rPr>
          <w:color w:val="000000" w:themeColor="text1"/>
        </w:rPr>
      </w:pPr>
      <w:r>
        <w:rPr>
          <w:color w:val="000000" w:themeColor="text1"/>
        </w:rPr>
        <w:t>B11. References (APA Style)</w:t>
      </w:r>
    </w:p>
    <w:p w:rsidR="003F41E3" w:rsidRDefault="003F41E3">
      <w:pPr>
        <w:pStyle w:val="Heading2"/>
        <w:rPr>
          <w:color w:val="000000" w:themeColor="text1"/>
        </w:rPr>
      </w:pPr>
      <w:r>
        <w:rPr>
          <w:noProof/>
          <w:color w:val="000000" w:themeColor="text1"/>
        </w:rPr>
        <mc:AlternateContent>
          <mc:Choice Requires="wps">
            <w:drawing>
              <wp:anchor distT="0" distB="0" distL="114300" distR="114300" simplePos="0" relativeHeight="251680768" behindDoc="0" locked="0" layoutInCell="1" allowOverlap="1" wp14:anchorId="75832B08" wp14:editId="4416D136">
                <wp:simplePos x="0" y="0"/>
                <wp:positionH relativeFrom="column">
                  <wp:posOffset>30480</wp:posOffset>
                </wp:positionH>
                <wp:positionV relativeFrom="paragraph">
                  <wp:posOffset>74295</wp:posOffset>
                </wp:positionV>
                <wp:extent cx="6210300" cy="2887980"/>
                <wp:effectExtent l="0" t="0" r="19050" b="26670"/>
                <wp:wrapNone/>
                <wp:docPr id="10" name="Text Box 10"/>
                <wp:cNvGraphicFramePr/>
                <a:graphic xmlns:a="http://schemas.openxmlformats.org/drawingml/2006/main">
                  <a:graphicData uri="http://schemas.microsoft.com/office/word/2010/wordprocessingShape">
                    <wps:wsp>
                      <wps:cNvSpPr txBox="1"/>
                      <wps:spPr>
                        <a:xfrm>
                          <a:off x="0" y="0"/>
                          <a:ext cx="6210300" cy="2887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rsidP="003F41E3"/>
                          <w:p w:rsidR="003F41E3" w:rsidRDefault="003F41E3" w:rsidP="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42" type="#_x0000_t202" style="position:absolute;margin-left:2.4pt;margin-top:5.85pt;width:489pt;height:227.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" fillcolor="white [3201]" strokeweight=".5pt">
                <v:textbox>
                  <w:txbxContent>
                    <w:p w:rsidR="003F41E3" w:rsidRDefault="003F41E3" w:rsidP="003F41E3"/>
                    <w:p w:rsidR="003F41E3" w:rsidRDefault="003F41E3" w:rsidP="003F41E3"/>
                  </w:txbxContent>
                </v:textbox>
              </v:shape>
            </w:pict>
          </mc:Fallback>
        </mc:AlternateContent>
      </w:r>
    </w:p>
    <w:p w:rsidR="003F41E3" w:rsidRDefault="003F41E3">
      <w:pPr>
        <w:pStyle w:val="Heading2"/>
        <w:rPr>
          <w:color w:val="000000" w:themeColor="text1"/>
        </w:rPr>
      </w:pPr>
    </w:p>
    <w:p w:rsidR="003F41E3" w:rsidRDefault="003F41E3" w:rsidP="003F41E3"/>
    <w:p w:rsidR="003F41E3" w:rsidRDefault="003F41E3" w:rsidP="003F41E3"/>
    <w:p w:rsidR="003F41E3" w:rsidRDefault="003F41E3" w:rsidP="003F41E3"/>
    <w:p w:rsidR="003F41E3" w:rsidRDefault="003F41E3" w:rsidP="003F41E3"/>
    <w:p w:rsidR="003F41E3" w:rsidRDefault="003F41E3" w:rsidP="003F41E3"/>
    <w:p w:rsidR="003F41E3" w:rsidRPr="003F41E3" w:rsidRDefault="003F41E3" w:rsidP="003F41E3"/>
    <w:p w:rsidR="003F41E3" w:rsidRDefault="003F41E3">
      <w:pPr>
        <w:pStyle w:val="Heading2"/>
        <w:rPr>
          <w:color w:val="000000" w:themeColor="text1"/>
        </w:rPr>
      </w:pPr>
      <w:r>
        <w:rPr>
          <w:noProof/>
          <w:color w:val="000000" w:themeColor="text1"/>
        </w:rPr>
        <w:lastRenderedPageBreak/>
        <mc:AlternateContent>
          <mc:Choice Requires="wps">
            <w:drawing>
              <wp:anchor distT="0" distB="0" distL="114300" distR="114300" simplePos="0" relativeHeight="251682816" behindDoc="0" locked="0" layoutInCell="1" allowOverlap="1" wp14:anchorId="228F887A" wp14:editId="77736AD6">
                <wp:simplePos x="0" y="0"/>
                <wp:positionH relativeFrom="column">
                  <wp:posOffset>-53340</wp:posOffset>
                </wp:positionH>
                <wp:positionV relativeFrom="paragraph">
                  <wp:posOffset>91440</wp:posOffset>
                </wp:positionV>
                <wp:extent cx="6210300" cy="5059680"/>
                <wp:effectExtent l="0" t="0" r="19050" b="26670"/>
                <wp:wrapNone/>
                <wp:docPr id="20" name="Text Box 20"/>
                <wp:cNvGraphicFramePr/>
                <a:graphic xmlns:a="http://schemas.openxmlformats.org/drawingml/2006/main">
                  <a:graphicData uri="http://schemas.microsoft.com/office/word/2010/wordprocessingShape">
                    <wps:wsp>
                      <wps:cNvSpPr txBox="1"/>
                      <wps:spPr>
                        <a:xfrm>
                          <a:off x="0" y="0"/>
                          <a:ext cx="6210300" cy="5059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rsidP="003F41E3"/>
                          <w:p w:rsidR="003F41E3" w:rsidRDefault="003F41E3" w:rsidP="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43" type="#_x0000_t202" style="position:absolute;margin-left:-4.2pt;margin-top:7.2pt;width:489pt;height:398.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" fillcolor="white [3201]" strokeweight=".5pt">
                <v:textbox>
                  <w:txbxContent>
                    <w:p w:rsidR="003F41E3" w:rsidRDefault="003F41E3" w:rsidP="003F41E3"/>
                    <w:p w:rsidR="003F41E3" w:rsidRDefault="003F41E3" w:rsidP="003F41E3"/>
                  </w:txbxContent>
                </v:textbox>
              </v:shape>
            </w:pict>
          </mc:Fallback>
        </mc:AlternateContent>
      </w:r>
    </w:p>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rsidP="003F41E3"/>
    <w:p w:rsidR="003F41E3" w:rsidRDefault="003F41E3" w:rsidP="003F41E3"/>
    <w:p w:rsidR="003F41E3" w:rsidRDefault="003F41E3" w:rsidP="003F41E3"/>
    <w:p w:rsidR="003F41E3" w:rsidRDefault="003F41E3" w:rsidP="003F41E3"/>
    <w:p w:rsidR="003F41E3" w:rsidRDefault="003F41E3" w:rsidP="003F41E3"/>
    <w:p w:rsidR="003F41E3" w:rsidRDefault="003F41E3" w:rsidP="003F41E3"/>
    <w:p w:rsidR="003F41E3" w:rsidRDefault="003F41E3" w:rsidP="003F41E3"/>
    <w:p w:rsidR="003F41E3" w:rsidRPr="003F41E3" w:rsidRDefault="003F41E3" w:rsidP="003F41E3"/>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pPr>
        <w:pStyle w:val="Heading2"/>
        <w:rPr>
          <w:color w:val="000000" w:themeColor="text1"/>
        </w:rPr>
      </w:pPr>
    </w:p>
    <w:p w:rsidR="003F41E3" w:rsidRDefault="003F41E3">
      <w:pPr>
        <w:pStyle w:val="Heading2"/>
        <w:rPr>
          <w:color w:val="000000" w:themeColor="text1"/>
        </w:rPr>
      </w:pPr>
    </w:p>
    <w:p w:rsidR="00802EEA" w:rsidRPr="00A4485E" w:rsidRDefault="003F41E3">
      <w:pPr>
        <w:pStyle w:val="Heading2"/>
        <w:rPr>
          <w:color w:val="000000" w:themeColor="text1"/>
        </w:rPr>
      </w:pPr>
      <w:r>
        <w:rPr>
          <w:color w:val="000000" w:themeColor="text1"/>
        </w:rPr>
        <w:t>B12</w:t>
      </w:r>
      <w:r w:rsidR="006A7D2F" w:rsidRPr="00A4485E">
        <w:rPr>
          <w:color w:val="000000" w:themeColor="text1"/>
        </w:rPr>
        <w:t>. Estimated Budget Plan</w:t>
      </w:r>
      <w:r w:rsidR="00ED3390">
        <w:rPr>
          <w:color w:val="000000" w:themeColor="text1"/>
        </w:rPr>
        <w:t xml:space="preserve"> </w:t>
      </w:r>
      <w:r w:rsidR="00ED3390" w:rsidRPr="00ED3390">
        <w:rPr>
          <w:b w:val="0"/>
          <w:color w:val="000000" w:themeColor="text1"/>
        </w:rPr>
        <w:t>(you may add additional budget if necessary)</w:t>
      </w:r>
    </w:p>
    <w:tbl>
      <w:tblPr>
        <w:tblStyle w:val="TableGrid"/>
        <w:tblW w:w="5000" w:type="pct"/>
        <w:jc w:val="center"/>
        <w:tblLook w:val="04A0" w:firstRow="1" w:lastRow="0" w:firstColumn="1" w:lastColumn="0" w:noHBand="0" w:noVBand="1"/>
      </w:tblPr>
      <w:tblGrid>
        <w:gridCol w:w="1253"/>
        <w:gridCol w:w="6877"/>
        <w:gridCol w:w="1977"/>
      </w:tblGrid>
      <w:tr w:rsidR="003F41E3" w:rsidRPr="00A4485E" w:rsidTr="003F41E3">
        <w:trPr>
          <w:jc w:val="center"/>
        </w:trPr>
        <w:tc>
          <w:tcPr>
            <w:tcW w:w="620" w:type="pct"/>
            <w:shd w:val="clear" w:color="auto" w:fill="D9EAF7"/>
            <w:vAlign w:val="center"/>
          </w:tcPr>
          <w:p w:rsidR="003F41E3" w:rsidRPr="00A4485E" w:rsidRDefault="003F41E3" w:rsidP="00957A80">
            <w:pPr>
              <w:spacing w:line="276" w:lineRule="auto"/>
              <w:rPr>
                <w:color w:val="000000" w:themeColor="text1"/>
              </w:rPr>
            </w:pPr>
            <w:r w:rsidRPr="00A4485E">
              <w:rPr>
                <w:b/>
                <w:color w:val="000000" w:themeColor="text1"/>
                <w:sz w:val="18"/>
              </w:rPr>
              <w:t>Sl. No.</w:t>
            </w:r>
          </w:p>
        </w:tc>
        <w:tc>
          <w:tcPr>
            <w:tcW w:w="3402" w:type="pct"/>
            <w:shd w:val="clear" w:color="auto" w:fill="D9EAF7"/>
            <w:vAlign w:val="center"/>
          </w:tcPr>
          <w:p w:rsidR="003F41E3" w:rsidRPr="00A4485E" w:rsidRDefault="003F41E3" w:rsidP="00957A80">
            <w:pPr>
              <w:spacing w:line="276" w:lineRule="auto"/>
              <w:rPr>
                <w:color w:val="000000" w:themeColor="text1"/>
              </w:rPr>
            </w:pPr>
            <w:r w:rsidRPr="00A4485E">
              <w:rPr>
                <w:b/>
                <w:color w:val="000000" w:themeColor="text1"/>
                <w:sz w:val="18"/>
              </w:rPr>
              <w:t>Budget Head</w:t>
            </w:r>
          </w:p>
        </w:tc>
        <w:tc>
          <w:tcPr>
            <w:tcW w:w="978" w:type="pct"/>
            <w:shd w:val="clear" w:color="auto" w:fill="D9EAF7"/>
            <w:vAlign w:val="center"/>
          </w:tcPr>
          <w:p w:rsidR="003F41E3" w:rsidRPr="00A4485E" w:rsidRDefault="003F41E3" w:rsidP="003F41E3">
            <w:pPr>
              <w:spacing w:line="276" w:lineRule="auto"/>
              <w:jc w:val="center"/>
              <w:rPr>
                <w:color w:val="000000" w:themeColor="text1"/>
              </w:rPr>
            </w:pPr>
            <w:r w:rsidRPr="00A4485E">
              <w:rPr>
                <w:b/>
                <w:color w:val="000000" w:themeColor="text1"/>
                <w:sz w:val="18"/>
              </w:rPr>
              <w:t>Total (BDT)</w:t>
            </w: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1</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Research Assistant/Research Personnel</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2</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Data Collection/Fieldwork</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3</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Travel/Transportation</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4</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Research Materials/Stationery</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5</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Survey/Questionnaire/Printing</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6</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Data Processing/Analysis</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7</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Software/Database/Technical Services</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8</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Publication/Article Processing Charges</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9</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Conference/Research Dissemination</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360" w:lineRule="auto"/>
              <w:rPr>
                <w:color w:val="000000" w:themeColor="text1"/>
              </w:rPr>
            </w:pPr>
            <w:r w:rsidRPr="00A4485E">
              <w:rPr>
                <w:color w:val="000000" w:themeColor="text1"/>
                <w:sz w:val="18"/>
              </w:rPr>
              <w:t>10</w:t>
            </w:r>
          </w:p>
        </w:tc>
        <w:tc>
          <w:tcPr>
            <w:tcW w:w="3402" w:type="pct"/>
            <w:vAlign w:val="center"/>
          </w:tcPr>
          <w:p w:rsidR="003F41E3" w:rsidRPr="00A4485E" w:rsidRDefault="003F41E3" w:rsidP="00957A80">
            <w:pPr>
              <w:spacing w:line="360" w:lineRule="auto"/>
              <w:rPr>
                <w:color w:val="000000" w:themeColor="text1"/>
              </w:rPr>
            </w:pPr>
            <w:r w:rsidRPr="00A4485E">
              <w:rPr>
                <w:color w:val="000000" w:themeColor="text1"/>
                <w:sz w:val="18"/>
              </w:rPr>
              <w:t>Other Research Expenses</w:t>
            </w:r>
          </w:p>
        </w:tc>
        <w:tc>
          <w:tcPr>
            <w:tcW w:w="978" w:type="pct"/>
            <w:vAlign w:val="center"/>
          </w:tcPr>
          <w:p w:rsidR="003F41E3" w:rsidRPr="00A4485E" w:rsidRDefault="003F41E3" w:rsidP="00957A80">
            <w:pPr>
              <w:spacing w:line="360" w:lineRule="auto"/>
              <w:rPr>
                <w:color w:val="000000" w:themeColor="text1"/>
              </w:rPr>
            </w:pPr>
          </w:p>
        </w:tc>
      </w:tr>
      <w:tr w:rsidR="003F41E3" w:rsidRPr="00A4485E" w:rsidTr="003F41E3">
        <w:trPr>
          <w:jc w:val="center"/>
        </w:trPr>
        <w:tc>
          <w:tcPr>
            <w:tcW w:w="620" w:type="pct"/>
            <w:vAlign w:val="center"/>
          </w:tcPr>
          <w:p w:rsidR="003F41E3" w:rsidRPr="00A4485E" w:rsidRDefault="003F41E3" w:rsidP="00957A80">
            <w:pPr>
              <w:spacing w:line="276" w:lineRule="auto"/>
              <w:rPr>
                <w:color w:val="000000" w:themeColor="text1"/>
              </w:rPr>
            </w:pPr>
          </w:p>
        </w:tc>
        <w:tc>
          <w:tcPr>
            <w:tcW w:w="3402" w:type="pct"/>
            <w:vAlign w:val="center"/>
          </w:tcPr>
          <w:p w:rsidR="003F41E3" w:rsidRPr="00957A80" w:rsidRDefault="003F41E3" w:rsidP="00957A80">
            <w:pPr>
              <w:spacing w:line="276" w:lineRule="auto"/>
              <w:rPr>
                <w:b/>
                <w:color w:val="000000" w:themeColor="text1"/>
              </w:rPr>
            </w:pPr>
            <w:r w:rsidRPr="00957A80">
              <w:rPr>
                <w:b/>
                <w:color w:val="000000" w:themeColor="text1"/>
                <w:sz w:val="18"/>
              </w:rPr>
              <w:t>TOTAL</w:t>
            </w:r>
          </w:p>
        </w:tc>
        <w:tc>
          <w:tcPr>
            <w:tcW w:w="978" w:type="pct"/>
            <w:vAlign w:val="center"/>
          </w:tcPr>
          <w:p w:rsidR="003F41E3" w:rsidRPr="00A4485E" w:rsidRDefault="003F41E3" w:rsidP="00957A80">
            <w:pPr>
              <w:spacing w:line="276" w:lineRule="auto"/>
              <w:rPr>
                <w:color w:val="000000" w:themeColor="text1"/>
              </w:rPr>
            </w:pPr>
          </w:p>
        </w:tc>
      </w:tr>
    </w:tbl>
    <w:p w:rsidR="003F41E3" w:rsidRDefault="003F41E3">
      <w:pPr>
        <w:pStyle w:val="Heading2"/>
        <w:rPr>
          <w:color w:val="000000" w:themeColor="text1"/>
        </w:rPr>
      </w:pPr>
    </w:p>
    <w:p w:rsidR="003F41E3" w:rsidRDefault="003F41E3" w:rsidP="003F41E3"/>
    <w:p w:rsidR="003F41E3" w:rsidRPr="003F41E3" w:rsidRDefault="003F41E3" w:rsidP="003F41E3"/>
    <w:p w:rsidR="00802EEA" w:rsidRPr="00A4485E" w:rsidRDefault="007D3CC9" w:rsidP="003F41E3">
      <w:pPr>
        <w:pStyle w:val="Heading2"/>
        <w:spacing w:after="240"/>
        <w:rPr>
          <w:color w:val="000000" w:themeColor="text1"/>
        </w:rPr>
      </w:pPr>
      <w:r>
        <w:rPr>
          <w:color w:val="000000" w:themeColor="text1"/>
        </w:rPr>
        <w:lastRenderedPageBreak/>
        <w:t xml:space="preserve">B13. Gantt </w:t>
      </w:r>
      <w:proofErr w:type="gramStart"/>
      <w:r>
        <w:rPr>
          <w:color w:val="000000" w:themeColor="text1"/>
        </w:rPr>
        <w:t>Chart</w:t>
      </w:r>
      <w:proofErr w:type="gramEnd"/>
      <w:r>
        <w:rPr>
          <w:color w:val="000000" w:themeColor="text1"/>
        </w:rPr>
        <w:t xml:space="preserve"> – 12</w:t>
      </w:r>
      <w:r w:rsidR="006A7D2F" w:rsidRPr="00A4485E">
        <w:rPr>
          <w:color w:val="000000" w:themeColor="text1"/>
        </w:rPr>
        <w:t>-Month Research Work Plan</w:t>
      </w:r>
    </w:p>
    <w:tbl>
      <w:tblPr>
        <w:tblStyle w:val="TableGrid"/>
        <w:tblW w:w="5000" w:type="pct"/>
        <w:jc w:val="center"/>
        <w:tblLook w:val="04A0" w:firstRow="1" w:lastRow="0" w:firstColumn="1" w:lastColumn="0" w:noHBand="0" w:noVBand="1"/>
      </w:tblPr>
      <w:tblGrid>
        <w:gridCol w:w="2896"/>
        <w:gridCol w:w="1194"/>
        <w:gridCol w:w="1195"/>
        <w:gridCol w:w="1197"/>
        <w:gridCol w:w="1197"/>
        <w:gridCol w:w="1197"/>
        <w:gridCol w:w="1231"/>
      </w:tblGrid>
      <w:tr w:rsidR="003F41E3" w:rsidRPr="00A4485E" w:rsidTr="003F41E3">
        <w:trPr>
          <w:jc w:val="center"/>
        </w:trPr>
        <w:tc>
          <w:tcPr>
            <w:tcW w:w="1433" w:type="pct"/>
            <w:shd w:val="clear" w:color="auto" w:fill="D9EAF7"/>
            <w:vAlign w:val="center"/>
          </w:tcPr>
          <w:p w:rsidR="003F41E3" w:rsidRPr="00A4485E" w:rsidRDefault="003F41E3">
            <w:pPr>
              <w:rPr>
                <w:color w:val="000000" w:themeColor="text1"/>
              </w:rPr>
            </w:pPr>
            <w:r w:rsidRPr="00A4485E">
              <w:rPr>
                <w:b/>
                <w:color w:val="000000" w:themeColor="text1"/>
                <w:sz w:val="18"/>
              </w:rPr>
              <w:t>Research Activities</w:t>
            </w:r>
          </w:p>
        </w:tc>
        <w:tc>
          <w:tcPr>
            <w:tcW w:w="591" w:type="pct"/>
            <w:shd w:val="clear" w:color="auto" w:fill="D9EAF7"/>
            <w:vAlign w:val="center"/>
          </w:tcPr>
          <w:p w:rsidR="003F41E3" w:rsidRPr="00A4485E" w:rsidRDefault="003F41E3">
            <w:pPr>
              <w:rPr>
                <w:color w:val="000000" w:themeColor="text1"/>
              </w:rPr>
            </w:pPr>
            <w:r>
              <w:rPr>
                <w:b/>
                <w:color w:val="000000" w:themeColor="text1"/>
                <w:sz w:val="18"/>
              </w:rPr>
              <w:t>M1–2</w:t>
            </w:r>
          </w:p>
        </w:tc>
        <w:tc>
          <w:tcPr>
            <w:tcW w:w="591" w:type="pct"/>
            <w:shd w:val="clear" w:color="auto" w:fill="D9EAF7"/>
            <w:vAlign w:val="center"/>
          </w:tcPr>
          <w:p w:rsidR="003F41E3" w:rsidRPr="00A4485E" w:rsidRDefault="003F41E3">
            <w:pPr>
              <w:rPr>
                <w:color w:val="000000" w:themeColor="text1"/>
              </w:rPr>
            </w:pPr>
            <w:r>
              <w:rPr>
                <w:b/>
                <w:color w:val="000000" w:themeColor="text1"/>
                <w:sz w:val="18"/>
              </w:rPr>
              <w:t>M3–4</w:t>
            </w:r>
          </w:p>
        </w:tc>
        <w:tc>
          <w:tcPr>
            <w:tcW w:w="592" w:type="pct"/>
            <w:shd w:val="clear" w:color="auto" w:fill="D9EAF7"/>
            <w:vAlign w:val="center"/>
          </w:tcPr>
          <w:p w:rsidR="003F41E3" w:rsidRPr="00A4485E" w:rsidRDefault="003F41E3">
            <w:pPr>
              <w:rPr>
                <w:color w:val="000000" w:themeColor="text1"/>
              </w:rPr>
            </w:pPr>
            <w:r>
              <w:rPr>
                <w:b/>
                <w:color w:val="000000" w:themeColor="text1"/>
                <w:sz w:val="18"/>
              </w:rPr>
              <w:t>M5–6</w:t>
            </w:r>
          </w:p>
        </w:tc>
        <w:tc>
          <w:tcPr>
            <w:tcW w:w="592" w:type="pct"/>
            <w:shd w:val="clear" w:color="auto" w:fill="D9EAF7"/>
            <w:vAlign w:val="center"/>
          </w:tcPr>
          <w:p w:rsidR="003F41E3" w:rsidRPr="00A4485E" w:rsidRDefault="003F41E3">
            <w:pPr>
              <w:rPr>
                <w:color w:val="000000" w:themeColor="text1"/>
              </w:rPr>
            </w:pPr>
            <w:r>
              <w:rPr>
                <w:b/>
                <w:color w:val="000000" w:themeColor="text1"/>
                <w:sz w:val="18"/>
              </w:rPr>
              <w:t>M7–8</w:t>
            </w:r>
          </w:p>
        </w:tc>
        <w:tc>
          <w:tcPr>
            <w:tcW w:w="592" w:type="pct"/>
            <w:shd w:val="clear" w:color="auto" w:fill="D9EAF7"/>
            <w:vAlign w:val="center"/>
          </w:tcPr>
          <w:p w:rsidR="003F41E3" w:rsidRPr="00A4485E" w:rsidRDefault="003F41E3">
            <w:pPr>
              <w:rPr>
                <w:color w:val="000000" w:themeColor="text1"/>
              </w:rPr>
            </w:pPr>
            <w:r>
              <w:rPr>
                <w:b/>
                <w:color w:val="000000" w:themeColor="text1"/>
                <w:sz w:val="18"/>
              </w:rPr>
              <w:t>M9–10</w:t>
            </w:r>
          </w:p>
        </w:tc>
        <w:tc>
          <w:tcPr>
            <w:tcW w:w="611" w:type="pct"/>
            <w:shd w:val="clear" w:color="auto" w:fill="D9EAF7"/>
            <w:vAlign w:val="center"/>
          </w:tcPr>
          <w:p w:rsidR="003F41E3" w:rsidRPr="00A4485E" w:rsidRDefault="003F41E3">
            <w:pPr>
              <w:rPr>
                <w:color w:val="000000" w:themeColor="text1"/>
              </w:rPr>
            </w:pPr>
            <w:r>
              <w:rPr>
                <w:b/>
                <w:color w:val="000000" w:themeColor="text1"/>
                <w:sz w:val="18"/>
              </w:rPr>
              <w:t>M11–12</w:t>
            </w: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Literature Review</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Research Framework Development</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Instrument Development</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Pilot Study</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Data Collection</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Data Processing</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Data Analysis</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Findings &amp; Discussion</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Manuscript Preparation</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Conference/Dissemination</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r w:rsidR="003F41E3" w:rsidRPr="00A4485E" w:rsidTr="003F41E3">
        <w:trPr>
          <w:jc w:val="center"/>
        </w:trPr>
        <w:tc>
          <w:tcPr>
            <w:tcW w:w="1433" w:type="pct"/>
            <w:vAlign w:val="center"/>
          </w:tcPr>
          <w:p w:rsidR="003F41E3" w:rsidRPr="00A4485E" w:rsidRDefault="003F41E3">
            <w:pPr>
              <w:rPr>
                <w:color w:val="000000" w:themeColor="text1"/>
              </w:rPr>
            </w:pPr>
            <w:r w:rsidRPr="00A4485E">
              <w:rPr>
                <w:color w:val="000000" w:themeColor="text1"/>
                <w:sz w:val="18"/>
              </w:rPr>
              <w:t>Final Research Report</w:t>
            </w:r>
          </w:p>
        </w:tc>
        <w:tc>
          <w:tcPr>
            <w:tcW w:w="591" w:type="pct"/>
            <w:vAlign w:val="center"/>
          </w:tcPr>
          <w:p w:rsidR="003F41E3" w:rsidRPr="00A4485E" w:rsidRDefault="003F41E3">
            <w:pPr>
              <w:rPr>
                <w:color w:val="000000" w:themeColor="text1"/>
              </w:rPr>
            </w:pPr>
          </w:p>
        </w:tc>
        <w:tc>
          <w:tcPr>
            <w:tcW w:w="591"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592" w:type="pct"/>
            <w:vAlign w:val="center"/>
          </w:tcPr>
          <w:p w:rsidR="003F41E3" w:rsidRPr="00A4485E" w:rsidRDefault="003F41E3">
            <w:pPr>
              <w:rPr>
                <w:color w:val="000000" w:themeColor="text1"/>
              </w:rPr>
            </w:pPr>
          </w:p>
        </w:tc>
        <w:tc>
          <w:tcPr>
            <w:tcW w:w="611" w:type="pct"/>
            <w:vAlign w:val="center"/>
          </w:tcPr>
          <w:p w:rsidR="003F41E3" w:rsidRPr="00A4485E" w:rsidRDefault="003F41E3">
            <w:pPr>
              <w:rPr>
                <w:color w:val="000000" w:themeColor="text1"/>
              </w:rPr>
            </w:pPr>
          </w:p>
        </w:tc>
      </w:tr>
    </w:tbl>
    <w:p w:rsidR="00802EEA" w:rsidRPr="00A4485E" w:rsidRDefault="006A7D2F">
      <w:pPr>
        <w:rPr>
          <w:color w:val="000000" w:themeColor="text1"/>
        </w:rPr>
      </w:pPr>
      <w:r w:rsidRPr="00A4485E">
        <w:rPr>
          <w:color w:val="000000" w:themeColor="text1"/>
        </w:rPr>
        <w:t>Note: Use ✓, ●, or shaded cells to indicate the planned duration of each activity.</w:t>
      </w:r>
    </w:p>
    <w:p w:rsidR="00802EEA" w:rsidRPr="00A4485E" w:rsidRDefault="007D3CC9">
      <w:pPr>
        <w:pStyle w:val="Heading2"/>
        <w:rPr>
          <w:color w:val="000000" w:themeColor="text1"/>
        </w:rPr>
      </w:pPr>
      <w:r>
        <w:rPr>
          <w:color w:val="000000" w:themeColor="text1"/>
        </w:rPr>
        <w:t>B14</w:t>
      </w:r>
      <w:r w:rsidR="006A7D2F" w:rsidRPr="00A4485E">
        <w:rPr>
          <w:color w:val="000000" w:themeColor="text1"/>
        </w:rPr>
        <w:t>. Appendix (if any)</w:t>
      </w:r>
    </w:p>
    <w:p w:rsidR="00802EEA" w:rsidRPr="00A4485E" w:rsidRDefault="006A7D2F">
      <w:pPr>
        <w:rPr>
          <w:color w:val="000000" w:themeColor="text1"/>
        </w:rPr>
      </w:pPr>
      <w:r w:rsidRPr="00A4485E">
        <w:rPr>
          <w:color w:val="000000" w:themeColor="text1"/>
        </w:rPr>
        <w:t>☐ Appendix A: Questionnaire/Survey Instrument</w:t>
      </w:r>
    </w:p>
    <w:p w:rsidR="00802EEA" w:rsidRPr="00A4485E" w:rsidRDefault="006A7D2F">
      <w:pPr>
        <w:rPr>
          <w:color w:val="000000" w:themeColor="text1"/>
        </w:rPr>
      </w:pPr>
      <w:r w:rsidRPr="00A4485E">
        <w:rPr>
          <w:color w:val="000000" w:themeColor="text1"/>
        </w:rPr>
        <w:t>☐ Appendix B: Interview Protocol</w:t>
      </w:r>
    </w:p>
    <w:p w:rsidR="00802EEA" w:rsidRPr="00A4485E" w:rsidRDefault="006A7D2F">
      <w:pPr>
        <w:rPr>
          <w:color w:val="000000" w:themeColor="text1"/>
        </w:rPr>
      </w:pPr>
      <w:r w:rsidRPr="00A4485E">
        <w:rPr>
          <w:color w:val="000000" w:themeColor="text1"/>
        </w:rPr>
        <w:t>☐ Appendix C: Consent Form</w:t>
      </w:r>
    </w:p>
    <w:p w:rsidR="00957A80" w:rsidRDefault="006A7D2F">
      <w:pPr>
        <w:rPr>
          <w:color w:val="000000" w:themeColor="text1"/>
        </w:rPr>
      </w:pPr>
      <w:r w:rsidRPr="00A4485E">
        <w:rPr>
          <w:color w:val="000000" w:themeColor="text1"/>
        </w:rPr>
        <w:t>☐ Appendix D: Detailed Conceptual Framework</w:t>
      </w:r>
      <w:r w:rsidR="00957A80">
        <w:rPr>
          <w:color w:val="000000" w:themeColor="text1"/>
        </w:rPr>
        <w:t>/equipment/tools</w:t>
      </w:r>
    </w:p>
    <w:p w:rsidR="00802EEA" w:rsidRPr="00A4485E" w:rsidRDefault="006A7D2F">
      <w:pPr>
        <w:rPr>
          <w:color w:val="000000" w:themeColor="text1"/>
        </w:rPr>
      </w:pPr>
      <w:r w:rsidRPr="00A4485E">
        <w:rPr>
          <w:color w:val="000000" w:themeColor="text1"/>
        </w:rPr>
        <w:t>☐ Appendix E: Additional Tables/Figures</w:t>
      </w:r>
    </w:p>
    <w:p w:rsidR="00802EEA" w:rsidRPr="00A4485E" w:rsidRDefault="006A7D2F">
      <w:pPr>
        <w:rPr>
          <w:color w:val="000000" w:themeColor="text1"/>
        </w:rPr>
      </w:pPr>
      <w:r w:rsidRPr="00A4485E">
        <w:rPr>
          <w:color w:val="000000" w:themeColor="text1"/>
        </w:rPr>
        <w:t>☐ Appendix F: Publication Profile of Principal Researcher</w:t>
      </w:r>
    </w:p>
    <w:p w:rsidR="00802EEA" w:rsidRPr="00A4485E" w:rsidRDefault="006A7D2F">
      <w:pPr>
        <w:rPr>
          <w:color w:val="000000" w:themeColor="text1"/>
        </w:rPr>
      </w:pPr>
      <w:r w:rsidRPr="00A4485E">
        <w:rPr>
          <w:color w:val="000000" w:themeColor="text1"/>
        </w:rPr>
        <w:t>☐ Appendix G: Other Supporting Documents</w:t>
      </w:r>
    </w:p>
    <w:p w:rsidR="00802EEA" w:rsidRPr="00A4485E" w:rsidRDefault="006A7D2F">
      <w:pPr>
        <w:rPr>
          <w:color w:val="000000" w:themeColor="text1"/>
        </w:rPr>
      </w:pPr>
      <w:r w:rsidRPr="00A4485E">
        <w:rPr>
          <w:color w:val="000000" w:themeColor="text1"/>
        </w:rPr>
        <w:t>Appendix Attached: ☐ Yes   ☐ No</w:t>
      </w:r>
    </w:p>
    <w:p w:rsidR="00802EEA" w:rsidRPr="00A4485E" w:rsidRDefault="006A7D2F">
      <w:pPr>
        <w:rPr>
          <w:color w:val="000000" w:themeColor="text1"/>
        </w:rPr>
      </w:pPr>
      <w:r w:rsidRPr="00A4485E">
        <w:rPr>
          <w:color w:val="000000" w:themeColor="text1"/>
        </w:rPr>
        <w:br w:type="page"/>
      </w:r>
    </w:p>
    <w:p w:rsidR="00802EEA" w:rsidRPr="00A4485E" w:rsidRDefault="006A7D2F">
      <w:pPr>
        <w:pStyle w:val="Heading1"/>
        <w:rPr>
          <w:color w:val="000000" w:themeColor="text1"/>
        </w:rPr>
      </w:pPr>
      <w:r w:rsidRPr="00A4485E">
        <w:rPr>
          <w:color w:val="000000" w:themeColor="text1"/>
        </w:rPr>
        <w:lastRenderedPageBreak/>
        <w:t>DECLARATION BY THE PRINCIPAL RESEARCHER</w:t>
      </w:r>
    </w:p>
    <w:p w:rsidR="00802EEA" w:rsidRPr="00A4485E" w:rsidRDefault="006A7D2F" w:rsidP="00957A80">
      <w:pPr>
        <w:jc w:val="both"/>
        <w:rPr>
          <w:color w:val="000000" w:themeColor="text1"/>
        </w:rPr>
      </w:pPr>
      <w:r w:rsidRPr="00A4485E">
        <w:rPr>
          <w:color w:val="000000" w:themeColor="text1"/>
        </w:rPr>
        <w:t>I hereby declare that the information provided in this application is accurate and complete to the best of my knowledge. I agree to conduct the proposed research in accordance with the research policies, ethical standards, financial regulations, and other applicable rules of the Research and Innovation Center (RIC), World University of Bangladesh. I understand that approval of the research grant is subject to the evaluation and approval process of RIC. I further agree to submit progress reports, financial statements, research outputs, and the final research report within the specified deadlines.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4"/>
      </w:tblGrid>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Name of Principal Researcher</w:t>
            </w:r>
            <w:r w:rsidR="00957A80">
              <w:rPr>
                <w:color w:val="000000" w:themeColor="text1"/>
                <w:sz w:val="18"/>
              </w:rPr>
              <w:t xml:space="preserve">: </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Signature</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Date</w:t>
            </w:r>
            <w:r w:rsidR="00957A80">
              <w:rPr>
                <w:color w:val="000000" w:themeColor="text1"/>
                <w:sz w:val="18"/>
              </w:rPr>
              <w:t xml:space="preserve">: </w:t>
            </w:r>
          </w:p>
        </w:tc>
        <w:tc>
          <w:tcPr>
            <w:tcW w:w="5054" w:type="dxa"/>
            <w:vAlign w:val="center"/>
          </w:tcPr>
          <w:p w:rsidR="00802EEA" w:rsidRPr="00A4485E" w:rsidRDefault="00802EEA" w:rsidP="00957A80">
            <w:pPr>
              <w:spacing w:line="360" w:lineRule="auto"/>
              <w:rPr>
                <w:color w:val="000000" w:themeColor="text1"/>
              </w:rPr>
            </w:pPr>
          </w:p>
        </w:tc>
      </w:tr>
    </w:tbl>
    <w:p w:rsidR="00802EEA" w:rsidRPr="00A4485E" w:rsidRDefault="006A7D2F">
      <w:pPr>
        <w:pStyle w:val="Heading1"/>
        <w:rPr>
          <w:color w:val="000000" w:themeColor="text1"/>
        </w:rPr>
      </w:pPr>
      <w:r w:rsidRPr="00A4485E">
        <w:rPr>
          <w:color w:val="000000" w:themeColor="text1"/>
        </w:rPr>
        <w:t>RECOMMENDATION OF DEPARTMENT/DEAN</w:t>
      </w:r>
    </w:p>
    <w:p w:rsidR="00802EEA" w:rsidRPr="00957A80" w:rsidRDefault="006A7D2F">
      <w:pPr>
        <w:rPr>
          <w:b/>
          <w:color w:val="000000" w:themeColor="text1"/>
        </w:rPr>
      </w:pPr>
      <w:r w:rsidRPr="00957A80">
        <w:rPr>
          <w:b/>
          <w:color w:val="000000" w:themeColor="text1"/>
        </w:rPr>
        <w:t>Head of Department</w:t>
      </w:r>
    </w:p>
    <w:p w:rsidR="00802EEA" w:rsidRPr="00A4485E" w:rsidRDefault="006A7D2F">
      <w:pPr>
        <w:rPr>
          <w:color w:val="000000" w:themeColor="text1"/>
        </w:rPr>
      </w:pPr>
      <w:r w:rsidRPr="00A4485E">
        <w:rPr>
          <w:color w:val="000000" w:themeColor="text1"/>
        </w:rPr>
        <w:t>I recommend the submission of this research grant application for consideration by the Research and Innovation Center.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4"/>
      </w:tblGrid>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Name</w:t>
            </w:r>
            <w:r w:rsidR="00810D71">
              <w:rPr>
                <w:color w:val="000000" w:themeColor="text1"/>
                <w:sz w:val="18"/>
              </w:rPr>
              <w:t xml:space="preserve">: </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Designation</w:t>
            </w:r>
            <w:r w:rsidR="00810D71">
              <w:rPr>
                <w:color w:val="000000" w:themeColor="text1"/>
                <w:sz w:val="18"/>
              </w:rPr>
              <w:t xml:space="preserve">: </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Signature</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Date</w:t>
            </w:r>
            <w:r w:rsidR="00810D71">
              <w:rPr>
                <w:color w:val="000000" w:themeColor="text1"/>
                <w:sz w:val="18"/>
              </w:rPr>
              <w:t>:</w:t>
            </w:r>
          </w:p>
        </w:tc>
        <w:tc>
          <w:tcPr>
            <w:tcW w:w="5054" w:type="dxa"/>
            <w:vAlign w:val="center"/>
          </w:tcPr>
          <w:p w:rsidR="00802EEA" w:rsidRPr="00A4485E" w:rsidRDefault="00802EEA" w:rsidP="00957A80">
            <w:pPr>
              <w:spacing w:line="360" w:lineRule="auto"/>
              <w:rPr>
                <w:color w:val="000000" w:themeColor="text1"/>
              </w:rPr>
            </w:pPr>
          </w:p>
        </w:tc>
      </w:tr>
    </w:tbl>
    <w:p w:rsidR="00957A80" w:rsidRDefault="00957A80">
      <w:pPr>
        <w:rPr>
          <w:color w:val="000000" w:themeColor="text1"/>
        </w:rPr>
      </w:pPr>
    </w:p>
    <w:p w:rsidR="00802EEA" w:rsidRPr="00957A80" w:rsidRDefault="00957A80">
      <w:pPr>
        <w:rPr>
          <w:b/>
          <w:color w:val="000000" w:themeColor="text1"/>
        </w:rPr>
      </w:pPr>
      <w:r>
        <w:rPr>
          <w:b/>
          <w:color w:val="000000" w:themeColor="text1"/>
        </w:rPr>
        <w:t xml:space="preserve">Dean </w:t>
      </w:r>
      <w:r w:rsidR="006A7D2F" w:rsidRPr="00957A80">
        <w:rPr>
          <w:b/>
          <w:color w:val="000000" w:themeColor="text1"/>
        </w:rPr>
        <w:t xml:space="preserve">of </w:t>
      </w:r>
      <w:r>
        <w:rPr>
          <w:b/>
          <w:color w:val="000000" w:themeColor="text1"/>
        </w:rPr>
        <w:t xml:space="preserve">the </w:t>
      </w:r>
      <w:r w:rsidR="006A7D2F" w:rsidRPr="00957A80">
        <w:rPr>
          <w:b/>
          <w:color w:val="000000" w:themeColor="text1"/>
        </w:rPr>
        <w:t>Faculty</w:t>
      </w:r>
    </w:p>
    <w:p w:rsidR="00802EEA" w:rsidRPr="00A4485E" w:rsidRDefault="006A7D2F">
      <w:pPr>
        <w:rPr>
          <w:color w:val="000000" w:themeColor="text1"/>
        </w:rPr>
      </w:pPr>
      <w:r w:rsidRPr="00A4485E">
        <w:rPr>
          <w:color w:val="000000" w:themeColor="text1"/>
        </w:rPr>
        <w:t>I recommend this research proposal for consideration by the Research and Innovation Center.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4"/>
      </w:tblGrid>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Name</w:t>
            </w:r>
            <w:r w:rsidR="00810D71">
              <w:rPr>
                <w:color w:val="000000" w:themeColor="text1"/>
                <w:sz w:val="18"/>
              </w:rPr>
              <w:t>:</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Designation</w:t>
            </w:r>
            <w:r w:rsidR="00810D71">
              <w:rPr>
                <w:color w:val="000000" w:themeColor="text1"/>
                <w:sz w:val="18"/>
              </w:rPr>
              <w:t>:</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957A80">
            <w:pPr>
              <w:spacing w:line="360" w:lineRule="auto"/>
              <w:rPr>
                <w:color w:val="000000" w:themeColor="text1"/>
              </w:rPr>
            </w:pPr>
            <w:r w:rsidRPr="00A4485E">
              <w:rPr>
                <w:color w:val="000000" w:themeColor="text1"/>
                <w:sz w:val="18"/>
              </w:rPr>
              <w:t>Signature</w:t>
            </w:r>
          </w:p>
        </w:tc>
        <w:tc>
          <w:tcPr>
            <w:tcW w:w="5054" w:type="dxa"/>
            <w:vAlign w:val="center"/>
          </w:tcPr>
          <w:p w:rsidR="00802EEA" w:rsidRPr="00A4485E" w:rsidRDefault="00802EEA" w:rsidP="00957A80">
            <w:pPr>
              <w:spacing w:line="360" w:lineRule="auto"/>
              <w:rPr>
                <w:color w:val="000000" w:themeColor="text1"/>
              </w:rPr>
            </w:pPr>
          </w:p>
        </w:tc>
      </w:tr>
      <w:tr w:rsidR="00A4485E" w:rsidRPr="00A4485E" w:rsidTr="00957A80">
        <w:trPr>
          <w:jc w:val="center"/>
        </w:trPr>
        <w:tc>
          <w:tcPr>
            <w:tcW w:w="5053" w:type="dxa"/>
            <w:vAlign w:val="center"/>
          </w:tcPr>
          <w:p w:rsidR="00802EEA" w:rsidRPr="00A4485E" w:rsidRDefault="006A7D2F" w:rsidP="006862CF">
            <w:pPr>
              <w:rPr>
                <w:color w:val="000000" w:themeColor="text1"/>
              </w:rPr>
            </w:pPr>
            <w:r w:rsidRPr="00A4485E">
              <w:rPr>
                <w:color w:val="000000" w:themeColor="text1"/>
                <w:sz w:val="18"/>
              </w:rPr>
              <w:t>Date</w:t>
            </w:r>
            <w:r w:rsidR="00810D71">
              <w:rPr>
                <w:color w:val="000000" w:themeColor="text1"/>
                <w:sz w:val="18"/>
              </w:rPr>
              <w:t>:</w:t>
            </w:r>
          </w:p>
        </w:tc>
        <w:tc>
          <w:tcPr>
            <w:tcW w:w="5054" w:type="dxa"/>
            <w:vAlign w:val="center"/>
          </w:tcPr>
          <w:p w:rsidR="00802EEA" w:rsidRPr="00A4485E" w:rsidRDefault="00802EEA" w:rsidP="00957A80">
            <w:pPr>
              <w:spacing w:line="360" w:lineRule="auto"/>
              <w:rPr>
                <w:color w:val="000000" w:themeColor="text1"/>
              </w:rPr>
            </w:pPr>
          </w:p>
        </w:tc>
      </w:tr>
    </w:tbl>
    <w:p w:rsidR="00802EEA" w:rsidRPr="00A4485E" w:rsidRDefault="006A7D2F">
      <w:pPr>
        <w:pStyle w:val="Heading1"/>
        <w:rPr>
          <w:color w:val="000000" w:themeColor="text1"/>
        </w:rPr>
      </w:pPr>
      <w:r w:rsidRPr="00A4485E">
        <w:rPr>
          <w:color w:val="000000" w:themeColor="text1"/>
        </w:rPr>
        <w:t>FOR OFFICIAL USE ONLY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1080"/>
        <w:gridCol w:w="810"/>
        <w:gridCol w:w="2349"/>
      </w:tblGrid>
      <w:tr w:rsidR="00A4485E" w:rsidRPr="00A4485E" w:rsidTr="00810D71">
        <w:trPr>
          <w:jc w:val="center"/>
        </w:trPr>
        <w:tc>
          <w:tcPr>
            <w:tcW w:w="6948" w:type="dxa"/>
            <w:gridSpan w:val="2"/>
            <w:vAlign w:val="center"/>
          </w:tcPr>
          <w:p w:rsidR="00802EEA" w:rsidRPr="00A4485E" w:rsidRDefault="006A7D2F" w:rsidP="00810D71">
            <w:pPr>
              <w:spacing w:line="276" w:lineRule="auto"/>
              <w:rPr>
                <w:color w:val="000000" w:themeColor="text1"/>
              </w:rPr>
            </w:pPr>
            <w:r w:rsidRPr="00A4485E">
              <w:rPr>
                <w:color w:val="000000" w:themeColor="text1"/>
                <w:sz w:val="18"/>
              </w:rPr>
              <w:t>Application Reference No.</w:t>
            </w:r>
          </w:p>
        </w:tc>
        <w:tc>
          <w:tcPr>
            <w:tcW w:w="3159" w:type="dxa"/>
            <w:gridSpan w:val="2"/>
            <w:vAlign w:val="center"/>
          </w:tcPr>
          <w:p w:rsidR="00802EEA" w:rsidRPr="00A4485E" w:rsidRDefault="00802EEA" w:rsidP="00810D71">
            <w:pPr>
              <w:spacing w:line="276" w:lineRule="auto"/>
              <w:rPr>
                <w:color w:val="000000" w:themeColor="text1"/>
              </w:rPr>
            </w:pPr>
          </w:p>
        </w:tc>
      </w:tr>
      <w:tr w:rsidR="00A4485E" w:rsidRPr="00A4485E" w:rsidTr="00810D71">
        <w:trPr>
          <w:trHeight w:val="242"/>
          <w:jc w:val="center"/>
        </w:trPr>
        <w:tc>
          <w:tcPr>
            <w:tcW w:w="6948" w:type="dxa"/>
            <w:gridSpan w:val="2"/>
            <w:vAlign w:val="center"/>
          </w:tcPr>
          <w:p w:rsidR="00810D71" w:rsidRDefault="00810D71" w:rsidP="00810D71">
            <w:pPr>
              <w:spacing w:line="276" w:lineRule="auto"/>
              <w:rPr>
                <w:color w:val="000000" w:themeColor="text1"/>
                <w:sz w:val="18"/>
              </w:rPr>
            </w:pPr>
          </w:p>
          <w:p w:rsidR="00802EEA" w:rsidRDefault="006A7D2F" w:rsidP="00810D71">
            <w:pPr>
              <w:spacing w:line="276" w:lineRule="auto"/>
              <w:rPr>
                <w:color w:val="000000" w:themeColor="text1"/>
                <w:sz w:val="18"/>
              </w:rPr>
            </w:pPr>
            <w:r w:rsidRPr="00A4485E">
              <w:rPr>
                <w:color w:val="000000" w:themeColor="text1"/>
                <w:sz w:val="18"/>
              </w:rPr>
              <w:t>Date Received</w:t>
            </w:r>
          </w:p>
          <w:p w:rsidR="00810D71" w:rsidRPr="00A4485E" w:rsidRDefault="00810D71" w:rsidP="00810D71">
            <w:pPr>
              <w:spacing w:line="276" w:lineRule="auto"/>
              <w:rPr>
                <w:color w:val="000000" w:themeColor="text1"/>
              </w:rPr>
            </w:pPr>
          </w:p>
        </w:tc>
        <w:tc>
          <w:tcPr>
            <w:tcW w:w="3159" w:type="dxa"/>
            <w:gridSpan w:val="2"/>
            <w:vAlign w:val="center"/>
          </w:tcPr>
          <w:p w:rsidR="00802EEA" w:rsidRPr="00A4485E" w:rsidRDefault="00802EEA" w:rsidP="00810D71">
            <w:pPr>
              <w:spacing w:line="276" w:lineRule="auto"/>
              <w:rPr>
                <w:color w:val="000000" w:themeColor="text1"/>
              </w:rPr>
            </w:pPr>
          </w:p>
        </w:tc>
      </w:tr>
      <w:tr w:rsidR="00A4485E" w:rsidRPr="00A4485E" w:rsidTr="00810D71">
        <w:trPr>
          <w:trHeight w:val="58"/>
          <w:jc w:val="center"/>
        </w:trPr>
        <w:tc>
          <w:tcPr>
            <w:tcW w:w="5868" w:type="dxa"/>
            <w:shd w:val="clear" w:color="auto" w:fill="D9EAF7"/>
            <w:vAlign w:val="center"/>
          </w:tcPr>
          <w:p w:rsidR="00802EEA" w:rsidRPr="00A4485E" w:rsidRDefault="006A7D2F" w:rsidP="00810D71">
            <w:pPr>
              <w:spacing w:line="276" w:lineRule="auto"/>
              <w:rPr>
                <w:color w:val="000000" w:themeColor="text1"/>
              </w:rPr>
            </w:pPr>
            <w:r w:rsidRPr="00A4485E">
              <w:rPr>
                <w:b/>
                <w:color w:val="000000" w:themeColor="text1"/>
                <w:sz w:val="18"/>
              </w:rPr>
              <w:t>Screening Criteria</w:t>
            </w:r>
          </w:p>
        </w:tc>
        <w:tc>
          <w:tcPr>
            <w:tcW w:w="1080" w:type="dxa"/>
            <w:shd w:val="clear" w:color="auto" w:fill="D9EAF7"/>
            <w:vAlign w:val="center"/>
          </w:tcPr>
          <w:p w:rsidR="00802EEA" w:rsidRPr="00A4485E" w:rsidRDefault="006A7D2F" w:rsidP="00810D71">
            <w:pPr>
              <w:spacing w:line="276" w:lineRule="auto"/>
              <w:jc w:val="center"/>
              <w:rPr>
                <w:color w:val="000000" w:themeColor="text1"/>
              </w:rPr>
            </w:pPr>
            <w:r w:rsidRPr="00A4485E">
              <w:rPr>
                <w:b/>
                <w:color w:val="000000" w:themeColor="text1"/>
                <w:sz w:val="18"/>
              </w:rPr>
              <w:t>Yes</w:t>
            </w:r>
          </w:p>
        </w:tc>
        <w:tc>
          <w:tcPr>
            <w:tcW w:w="810" w:type="dxa"/>
            <w:shd w:val="clear" w:color="auto" w:fill="D9EAF7"/>
            <w:vAlign w:val="center"/>
          </w:tcPr>
          <w:p w:rsidR="00802EEA" w:rsidRPr="00A4485E" w:rsidRDefault="006A7D2F" w:rsidP="00810D71">
            <w:pPr>
              <w:spacing w:line="276" w:lineRule="auto"/>
              <w:jc w:val="center"/>
              <w:rPr>
                <w:color w:val="000000" w:themeColor="text1"/>
              </w:rPr>
            </w:pPr>
            <w:r w:rsidRPr="00A4485E">
              <w:rPr>
                <w:b/>
                <w:color w:val="000000" w:themeColor="text1"/>
                <w:sz w:val="18"/>
              </w:rPr>
              <w:t>No</w:t>
            </w:r>
          </w:p>
        </w:tc>
        <w:tc>
          <w:tcPr>
            <w:tcW w:w="2349" w:type="dxa"/>
            <w:shd w:val="clear" w:color="auto" w:fill="D9EAF7"/>
            <w:vAlign w:val="center"/>
          </w:tcPr>
          <w:p w:rsidR="00802EEA" w:rsidRPr="00A4485E" w:rsidRDefault="006A7D2F" w:rsidP="00810D71">
            <w:pPr>
              <w:spacing w:line="276" w:lineRule="auto"/>
              <w:rPr>
                <w:color w:val="000000" w:themeColor="text1"/>
              </w:rPr>
            </w:pPr>
            <w:r w:rsidRPr="00A4485E">
              <w:rPr>
                <w:b/>
                <w:color w:val="000000" w:themeColor="text1"/>
                <w:sz w:val="18"/>
              </w:rPr>
              <w:t>Remarks</w:t>
            </w: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Application is complete</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Applicant is eligible</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P</w:t>
            </w:r>
            <w:r w:rsidR="007D3CC9">
              <w:rPr>
                <w:color w:val="000000" w:themeColor="text1"/>
                <w:sz w:val="18"/>
              </w:rPr>
              <w:t>roject duration complies with 12</w:t>
            </w:r>
            <w:r w:rsidRPr="00A4485E">
              <w:rPr>
                <w:color w:val="000000" w:themeColor="text1"/>
                <w:sz w:val="18"/>
              </w:rPr>
              <w:t>-month</w:t>
            </w:r>
            <w:r w:rsidR="007D3CC9">
              <w:rPr>
                <w:color w:val="000000" w:themeColor="text1"/>
                <w:sz w:val="18"/>
              </w:rPr>
              <w:t>s</w:t>
            </w:r>
            <w:r w:rsidRPr="00A4485E">
              <w:rPr>
                <w:color w:val="000000" w:themeColor="text1"/>
                <w:sz w:val="18"/>
              </w:rPr>
              <w:t xml:space="preserve"> requirement</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Research category is appropriate</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Objectives are clearly stated</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SDG alignment is appropriate</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Methodology is appropriate</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Budget is reasonable and justified</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Expected outputs are clearly identified</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r w:rsidR="00A4485E" w:rsidRPr="00A4485E" w:rsidTr="00810D71">
        <w:trPr>
          <w:jc w:val="center"/>
        </w:trPr>
        <w:tc>
          <w:tcPr>
            <w:tcW w:w="5868" w:type="dxa"/>
            <w:vAlign w:val="center"/>
          </w:tcPr>
          <w:p w:rsidR="00802EEA" w:rsidRPr="00A4485E" w:rsidRDefault="006A7D2F" w:rsidP="00810D71">
            <w:pPr>
              <w:spacing w:line="276" w:lineRule="auto"/>
              <w:rPr>
                <w:color w:val="000000" w:themeColor="text1"/>
              </w:rPr>
            </w:pPr>
            <w:r w:rsidRPr="00A4485E">
              <w:rPr>
                <w:color w:val="000000" w:themeColor="text1"/>
                <w:sz w:val="18"/>
              </w:rPr>
              <w:t>Ethical considerations addressed</w:t>
            </w:r>
          </w:p>
        </w:tc>
        <w:tc>
          <w:tcPr>
            <w:tcW w:w="108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810" w:type="dxa"/>
            <w:vAlign w:val="center"/>
          </w:tcPr>
          <w:p w:rsidR="00802EEA" w:rsidRPr="00A4485E" w:rsidRDefault="006A7D2F" w:rsidP="00810D71">
            <w:pPr>
              <w:spacing w:line="276" w:lineRule="auto"/>
              <w:jc w:val="center"/>
              <w:rPr>
                <w:color w:val="000000" w:themeColor="text1"/>
              </w:rPr>
            </w:pPr>
            <w:r w:rsidRPr="00A4485E">
              <w:rPr>
                <w:color w:val="000000" w:themeColor="text1"/>
                <w:sz w:val="18"/>
              </w:rPr>
              <w:t>☐</w:t>
            </w:r>
          </w:p>
        </w:tc>
        <w:tc>
          <w:tcPr>
            <w:tcW w:w="2349" w:type="dxa"/>
            <w:vAlign w:val="center"/>
          </w:tcPr>
          <w:p w:rsidR="00802EEA" w:rsidRPr="00A4485E" w:rsidRDefault="00802EEA" w:rsidP="00810D71">
            <w:pPr>
              <w:spacing w:line="276" w:lineRule="auto"/>
              <w:rPr>
                <w:color w:val="000000" w:themeColor="text1"/>
              </w:rPr>
            </w:pPr>
          </w:p>
        </w:tc>
      </w:tr>
    </w:tbl>
    <w:p w:rsidR="00802EEA" w:rsidRPr="00A4485E" w:rsidRDefault="006A7D2F">
      <w:pPr>
        <w:pStyle w:val="Heading2"/>
        <w:rPr>
          <w:color w:val="000000" w:themeColor="text1"/>
        </w:rPr>
      </w:pPr>
      <w:r w:rsidRPr="00A4485E">
        <w:rPr>
          <w:color w:val="000000" w:themeColor="text1"/>
        </w:rPr>
        <w:lastRenderedPageBreak/>
        <w:t>Evaluation Summary</w:t>
      </w:r>
    </w:p>
    <w:tbl>
      <w:tblPr>
        <w:tblStyle w:val="TableGrid"/>
        <w:tblW w:w="0" w:type="auto"/>
        <w:tblLook w:val="04A0" w:firstRow="1" w:lastRow="0" w:firstColumn="1" w:lastColumn="0" w:noHBand="0" w:noVBand="1"/>
      </w:tblPr>
      <w:tblGrid>
        <w:gridCol w:w="4878"/>
        <w:gridCol w:w="1980"/>
        <w:gridCol w:w="1980"/>
      </w:tblGrid>
      <w:tr w:rsidR="00A4485E" w:rsidRPr="00A4485E" w:rsidTr="006862CF">
        <w:tc>
          <w:tcPr>
            <w:tcW w:w="4878" w:type="dxa"/>
            <w:shd w:val="clear" w:color="auto" w:fill="D9EAF7"/>
            <w:vAlign w:val="center"/>
          </w:tcPr>
          <w:p w:rsidR="00802EEA" w:rsidRPr="00A4485E" w:rsidRDefault="006A7D2F" w:rsidP="006862CF">
            <w:pPr>
              <w:spacing w:line="360" w:lineRule="auto"/>
              <w:rPr>
                <w:color w:val="000000" w:themeColor="text1"/>
              </w:rPr>
            </w:pPr>
            <w:r w:rsidRPr="00A4485E">
              <w:rPr>
                <w:b/>
                <w:color w:val="000000" w:themeColor="text1"/>
                <w:sz w:val="18"/>
              </w:rPr>
              <w:t>Evaluation Criteria</w:t>
            </w:r>
          </w:p>
        </w:tc>
        <w:tc>
          <w:tcPr>
            <w:tcW w:w="1980" w:type="dxa"/>
            <w:shd w:val="clear" w:color="auto" w:fill="D9EAF7"/>
            <w:vAlign w:val="center"/>
          </w:tcPr>
          <w:p w:rsidR="00802EEA" w:rsidRPr="00A4485E" w:rsidRDefault="006A7D2F" w:rsidP="006862CF">
            <w:pPr>
              <w:spacing w:line="360" w:lineRule="auto"/>
              <w:jc w:val="center"/>
              <w:rPr>
                <w:color w:val="000000" w:themeColor="text1"/>
              </w:rPr>
            </w:pPr>
            <w:r w:rsidRPr="00A4485E">
              <w:rPr>
                <w:b/>
                <w:color w:val="000000" w:themeColor="text1"/>
                <w:sz w:val="18"/>
              </w:rPr>
              <w:t>Maximum Score</w:t>
            </w:r>
          </w:p>
        </w:tc>
        <w:tc>
          <w:tcPr>
            <w:tcW w:w="1980" w:type="dxa"/>
            <w:shd w:val="clear" w:color="auto" w:fill="D9EAF7"/>
            <w:vAlign w:val="center"/>
          </w:tcPr>
          <w:p w:rsidR="00802EEA" w:rsidRPr="00A4485E" w:rsidRDefault="006A7D2F" w:rsidP="006862CF">
            <w:pPr>
              <w:spacing w:line="360" w:lineRule="auto"/>
              <w:rPr>
                <w:color w:val="000000" w:themeColor="text1"/>
              </w:rPr>
            </w:pPr>
            <w:r w:rsidRPr="00A4485E">
              <w:rPr>
                <w:b/>
                <w:color w:val="000000" w:themeColor="text1"/>
                <w:sz w:val="18"/>
              </w:rPr>
              <w:t>Score Obtained</w:t>
            </w: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Significance of Research Problem</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Originality/Innovation</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15</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Literature Review &amp; Research Gap</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Research Objectives &amp; Questions</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05</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Methodological Rigor</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15</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SDG Alignment</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05</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Expected Academic/Practical Contribution</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7D3CC9" w:rsidP="006862CF">
            <w:pPr>
              <w:spacing w:line="360" w:lineRule="auto"/>
              <w:rPr>
                <w:color w:val="000000" w:themeColor="text1"/>
              </w:rPr>
            </w:pPr>
            <w:r>
              <w:rPr>
                <w:color w:val="000000" w:themeColor="text1"/>
                <w:sz w:val="18"/>
              </w:rPr>
              <w:t>Feasibility of 12</w:t>
            </w:r>
            <w:r w:rsidR="006A7D2F" w:rsidRPr="00A4485E">
              <w:rPr>
                <w:color w:val="000000" w:themeColor="text1"/>
                <w:sz w:val="18"/>
              </w:rPr>
              <w:t>-Month</w:t>
            </w:r>
            <w:r>
              <w:rPr>
                <w:color w:val="000000" w:themeColor="text1"/>
                <w:sz w:val="18"/>
              </w:rPr>
              <w:t>s</w:t>
            </w:r>
            <w:r w:rsidR="006A7D2F" w:rsidRPr="00A4485E">
              <w:rPr>
                <w:color w:val="000000" w:themeColor="text1"/>
                <w:sz w:val="18"/>
              </w:rPr>
              <w:t xml:space="preserve"> Work Plan</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Researcher/Team Capability</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A4485E" w:rsidRDefault="006A7D2F" w:rsidP="006862CF">
            <w:pPr>
              <w:spacing w:line="360" w:lineRule="auto"/>
              <w:rPr>
                <w:color w:val="000000" w:themeColor="text1"/>
              </w:rPr>
            </w:pPr>
            <w:r w:rsidRPr="00A4485E">
              <w:rPr>
                <w:color w:val="000000" w:themeColor="text1"/>
                <w:sz w:val="18"/>
              </w:rPr>
              <w:t>Budget Justification</w:t>
            </w:r>
          </w:p>
        </w:tc>
        <w:tc>
          <w:tcPr>
            <w:tcW w:w="1980" w:type="dxa"/>
            <w:vAlign w:val="center"/>
          </w:tcPr>
          <w:p w:rsidR="00802EEA" w:rsidRPr="00A4485E" w:rsidRDefault="00810D71" w:rsidP="006862CF">
            <w:pPr>
              <w:spacing w:line="360" w:lineRule="auto"/>
              <w:jc w:val="center"/>
              <w:rPr>
                <w:color w:val="000000" w:themeColor="text1"/>
              </w:rPr>
            </w:pPr>
            <w:r>
              <w:rPr>
                <w:color w:val="000000" w:themeColor="text1"/>
              </w:rPr>
              <w:t>10</w:t>
            </w:r>
          </w:p>
        </w:tc>
        <w:tc>
          <w:tcPr>
            <w:tcW w:w="1980" w:type="dxa"/>
            <w:vAlign w:val="center"/>
          </w:tcPr>
          <w:p w:rsidR="00802EEA" w:rsidRPr="00A4485E" w:rsidRDefault="00802EEA" w:rsidP="006862CF">
            <w:pPr>
              <w:spacing w:line="360" w:lineRule="auto"/>
              <w:rPr>
                <w:color w:val="000000" w:themeColor="text1"/>
              </w:rPr>
            </w:pPr>
          </w:p>
        </w:tc>
      </w:tr>
      <w:tr w:rsidR="00A4485E" w:rsidRPr="00A4485E" w:rsidTr="006862CF">
        <w:tc>
          <w:tcPr>
            <w:tcW w:w="4878" w:type="dxa"/>
            <w:vAlign w:val="center"/>
          </w:tcPr>
          <w:p w:rsidR="00802EEA" w:rsidRPr="00810D71" w:rsidRDefault="006A7D2F" w:rsidP="006862CF">
            <w:pPr>
              <w:spacing w:line="360" w:lineRule="auto"/>
              <w:rPr>
                <w:b/>
                <w:color w:val="000000" w:themeColor="text1"/>
              </w:rPr>
            </w:pPr>
            <w:r w:rsidRPr="00810D71">
              <w:rPr>
                <w:b/>
                <w:color w:val="000000" w:themeColor="text1"/>
                <w:sz w:val="18"/>
              </w:rPr>
              <w:t>TOTAL</w:t>
            </w:r>
          </w:p>
        </w:tc>
        <w:tc>
          <w:tcPr>
            <w:tcW w:w="1980" w:type="dxa"/>
            <w:vAlign w:val="center"/>
          </w:tcPr>
          <w:p w:rsidR="00802EEA" w:rsidRPr="00810D71" w:rsidRDefault="006A7D2F" w:rsidP="006862CF">
            <w:pPr>
              <w:spacing w:line="360" w:lineRule="auto"/>
              <w:jc w:val="center"/>
              <w:rPr>
                <w:b/>
                <w:color w:val="000000" w:themeColor="text1"/>
              </w:rPr>
            </w:pPr>
            <w:r w:rsidRPr="00810D71">
              <w:rPr>
                <w:b/>
                <w:color w:val="000000" w:themeColor="text1"/>
                <w:sz w:val="18"/>
              </w:rPr>
              <w:t>100</w:t>
            </w:r>
          </w:p>
        </w:tc>
        <w:tc>
          <w:tcPr>
            <w:tcW w:w="1980" w:type="dxa"/>
            <w:vAlign w:val="center"/>
          </w:tcPr>
          <w:p w:rsidR="00802EEA" w:rsidRPr="00A4485E" w:rsidRDefault="00802EEA" w:rsidP="006862CF">
            <w:pPr>
              <w:spacing w:line="360" w:lineRule="auto"/>
              <w:rPr>
                <w:color w:val="000000" w:themeColor="text1"/>
              </w:rPr>
            </w:pPr>
          </w:p>
        </w:tc>
      </w:tr>
    </w:tbl>
    <w:p w:rsidR="00810D71" w:rsidRDefault="00810D71">
      <w:pPr>
        <w:rPr>
          <w:color w:val="000000" w:themeColor="text1"/>
        </w:rPr>
      </w:pPr>
    </w:p>
    <w:p w:rsidR="00802EEA" w:rsidRPr="00810D71" w:rsidRDefault="006A7D2F">
      <w:pPr>
        <w:rPr>
          <w:b/>
          <w:color w:val="000000" w:themeColor="text1"/>
        </w:rPr>
      </w:pPr>
      <w:r w:rsidRPr="00810D71">
        <w:rPr>
          <w:b/>
          <w:color w:val="000000" w:themeColor="text1"/>
        </w:rPr>
        <w:t>Reviewer Recommendation:</w:t>
      </w:r>
    </w:p>
    <w:p w:rsidR="006862CF" w:rsidRDefault="006A7D2F" w:rsidP="006862CF">
      <w:pPr>
        <w:spacing w:after="0" w:line="360" w:lineRule="auto"/>
        <w:rPr>
          <w:color w:val="000000" w:themeColor="text1"/>
        </w:rPr>
      </w:pPr>
      <w:r w:rsidRPr="00A4485E">
        <w:rPr>
          <w:rFonts w:ascii="MS Gothic" w:eastAsia="MS Gothic" w:hAnsi="MS Gothic" w:cs="MS Gothic" w:hint="eastAsia"/>
          <w:color w:val="000000" w:themeColor="text1"/>
        </w:rPr>
        <w:t>☐</w:t>
      </w:r>
      <w:r w:rsidRPr="00A4485E">
        <w:rPr>
          <w:color w:val="000000" w:themeColor="text1"/>
        </w:rPr>
        <w:t xml:space="preserve"> Recommended for Funding   </w:t>
      </w:r>
    </w:p>
    <w:p w:rsidR="00810D71" w:rsidRDefault="006862CF" w:rsidP="006862CF">
      <w:pPr>
        <w:spacing w:after="0" w:line="360" w:lineRule="auto"/>
        <w:rPr>
          <w:color w:val="000000" w:themeColor="text1"/>
        </w:rPr>
      </w:pPr>
      <w:r w:rsidRPr="00A4485E">
        <w:rPr>
          <w:rFonts w:ascii="MS Gothic" w:eastAsia="MS Gothic" w:hAnsi="MS Gothic" w:cs="MS Gothic" w:hint="eastAsia"/>
          <w:color w:val="000000" w:themeColor="text1"/>
        </w:rPr>
        <w:t>☐</w:t>
      </w:r>
      <w:r w:rsidR="006A7D2F" w:rsidRPr="00A4485E">
        <w:rPr>
          <w:color w:val="000000" w:themeColor="text1"/>
        </w:rPr>
        <w:t xml:space="preserve">Recommended with Revision   </w:t>
      </w:r>
    </w:p>
    <w:p w:rsidR="00810D71" w:rsidRDefault="006862CF" w:rsidP="006862CF">
      <w:pPr>
        <w:spacing w:after="0" w:line="360" w:lineRule="auto"/>
        <w:rPr>
          <w:color w:val="000000" w:themeColor="text1"/>
        </w:rPr>
      </w:pPr>
      <w:r w:rsidRPr="00A4485E">
        <w:rPr>
          <w:rFonts w:ascii="MS Gothic" w:eastAsia="MS Gothic" w:hAnsi="MS Gothic" w:cs="MS Gothic" w:hint="eastAsia"/>
          <w:color w:val="000000" w:themeColor="text1"/>
        </w:rPr>
        <w:t>☐</w:t>
      </w:r>
      <w:r w:rsidR="006A7D2F" w:rsidRPr="00A4485E">
        <w:rPr>
          <w:color w:val="000000" w:themeColor="text1"/>
        </w:rPr>
        <w:t xml:space="preserve">Resubmission </w:t>
      </w:r>
      <w:proofErr w:type="gramStart"/>
      <w:r w:rsidR="006A7D2F" w:rsidRPr="00A4485E">
        <w:rPr>
          <w:color w:val="000000" w:themeColor="text1"/>
        </w:rPr>
        <w:t>Required</w:t>
      </w:r>
      <w:proofErr w:type="gramEnd"/>
      <w:r w:rsidR="006A7D2F" w:rsidRPr="00A4485E">
        <w:rPr>
          <w:color w:val="000000" w:themeColor="text1"/>
        </w:rPr>
        <w:t xml:space="preserve">   </w:t>
      </w:r>
    </w:p>
    <w:p w:rsidR="00802EEA" w:rsidRPr="00A4485E" w:rsidRDefault="006862CF" w:rsidP="006862CF">
      <w:pPr>
        <w:spacing w:after="0" w:line="360" w:lineRule="auto"/>
        <w:rPr>
          <w:color w:val="000000" w:themeColor="text1"/>
        </w:rPr>
      </w:pPr>
      <w:r w:rsidRPr="00A4485E">
        <w:rPr>
          <w:rFonts w:ascii="MS Gothic" w:eastAsia="MS Gothic" w:hAnsi="MS Gothic" w:cs="MS Gothic" w:hint="eastAsia"/>
          <w:color w:val="000000" w:themeColor="text1"/>
        </w:rPr>
        <w:t>☐</w:t>
      </w:r>
      <w:r w:rsidR="006A7D2F" w:rsidRPr="00A4485E">
        <w:rPr>
          <w:color w:val="000000" w:themeColor="text1"/>
        </w:rPr>
        <w:t>Not Recommended</w:t>
      </w:r>
    </w:p>
    <w:p w:rsidR="006862CF" w:rsidRDefault="006862CF" w:rsidP="006862CF">
      <w:pPr>
        <w:spacing w:after="0"/>
        <w:rPr>
          <w:b/>
          <w:color w:val="000000" w:themeColor="text1"/>
        </w:rPr>
      </w:pPr>
    </w:p>
    <w:p w:rsidR="00802EEA" w:rsidRPr="006862CF" w:rsidRDefault="006A7D2F">
      <w:pPr>
        <w:rPr>
          <w:b/>
          <w:color w:val="000000" w:themeColor="text1"/>
        </w:rPr>
      </w:pPr>
      <w:r w:rsidRPr="006862CF">
        <w:rPr>
          <w:b/>
          <w:color w:val="000000" w:themeColor="text1"/>
        </w:rPr>
        <w:t>Reviewer Comments:</w:t>
      </w:r>
    </w:p>
    <w:p w:rsidR="00810D71" w:rsidRDefault="00810D71">
      <w:pPr>
        <w:pStyle w:val="Heading2"/>
        <w:rPr>
          <w:color w:val="000000" w:themeColor="text1"/>
        </w:rPr>
      </w:pPr>
      <w:r>
        <w:rPr>
          <w:noProof/>
          <w:color w:val="000000" w:themeColor="text1"/>
        </w:rPr>
        <mc:AlternateContent>
          <mc:Choice Requires="wps">
            <w:drawing>
              <wp:anchor distT="0" distB="0" distL="114300" distR="114300" simplePos="0" relativeHeight="251676672" behindDoc="0" locked="0" layoutInCell="1" allowOverlap="1">
                <wp:simplePos x="0" y="0"/>
                <wp:positionH relativeFrom="column">
                  <wp:posOffset>38100</wp:posOffset>
                </wp:positionH>
                <wp:positionV relativeFrom="paragraph">
                  <wp:posOffset>3175</wp:posOffset>
                </wp:positionV>
                <wp:extent cx="6187440" cy="1150620"/>
                <wp:effectExtent l="0" t="0" r="22860" b="11430"/>
                <wp:wrapNone/>
                <wp:docPr id="19" name="Text Box 19"/>
                <wp:cNvGraphicFramePr/>
                <a:graphic xmlns:a="http://schemas.openxmlformats.org/drawingml/2006/main">
                  <a:graphicData uri="http://schemas.microsoft.com/office/word/2010/wordprocessingShape">
                    <wps:wsp>
                      <wps:cNvSpPr txBox="1"/>
                      <wps:spPr>
                        <a:xfrm>
                          <a:off x="0" y="0"/>
                          <a:ext cx="6187440" cy="1150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41E3" w:rsidRDefault="003F41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44" type="#_x0000_t202" style="position:absolute;margin-left:3pt;margin-top:.25pt;width:487.2pt;height:90.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" fillcolor="white [3201]" strokeweight=".5pt">
                <v:textbox>
                  <w:txbxContent>
                    <w:p w:rsidR="003F41E3" w:rsidRDefault="003F41E3"/>
                  </w:txbxContent>
                </v:textbox>
              </v:shape>
            </w:pict>
          </mc:Fallback>
        </mc:AlternateContent>
      </w:r>
    </w:p>
    <w:p w:rsidR="00810D71" w:rsidRDefault="00810D71">
      <w:pPr>
        <w:pStyle w:val="Heading2"/>
        <w:rPr>
          <w:color w:val="000000" w:themeColor="text1"/>
        </w:rPr>
      </w:pPr>
    </w:p>
    <w:p w:rsidR="00810D71" w:rsidRDefault="00810D71">
      <w:pPr>
        <w:pStyle w:val="Heading2"/>
        <w:rPr>
          <w:color w:val="000000" w:themeColor="text1"/>
        </w:rPr>
      </w:pPr>
    </w:p>
    <w:p w:rsidR="00810D71" w:rsidRDefault="00810D71">
      <w:pPr>
        <w:pStyle w:val="Heading2"/>
        <w:rPr>
          <w:color w:val="000000" w:themeColor="text1"/>
        </w:rPr>
      </w:pPr>
    </w:p>
    <w:p w:rsidR="00802EEA" w:rsidRPr="00810D71" w:rsidRDefault="006A7D2F">
      <w:pPr>
        <w:pStyle w:val="Heading2"/>
        <w:rPr>
          <w:color w:val="000000" w:themeColor="text1"/>
          <w:sz w:val="24"/>
        </w:rPr>
      </w:pPr>
      <w:r w:rsidRPr="00810D71">
        <w:rPr>
          <w:color w:val="000000" w:themeColor="text1"/>
          <w:sz w:val="24"/>
        </w:rPr>
        <w:t>FINAL APPROVAL</w:t>
      </w:r>
    </w:p>
    <w:tbl>
      <w:tblPr>
        <w:tblStyle w:val="TableGrid"/>
        <w:tblW w:w="0" w:type="auto"/>
        <w:jc w:val="center"/>
        <w:tblLook w:val="04A0" w:firstRow="1" w:lastRow="0" w:firstColumn="1" w:lastColumn="0" w:noHBand="0" w:noVBand="1"/>
      </w:tblPr>
      <w:tblGrid>
        <w:gridCol w:w="5038"/>
        <w:gridCol w:w="5069"/>
      </w:tblGrid>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Recommended Funding Amount</w:t>
            </w:r>
          </w:p>
        </w:tc>
        <w:tc>
          <w:tcPr>
            <w:tcW w:w="5069" w:type="dxa"/>
            <w:vAlign w:val="center"/>
          </w:tcPr>
          <w:p w:rsidR="00802EEA" w:rsidRPr="00A4485E" w:rsidRDefault="006A7D2F" w:rsidP="00810D71">
            <w:pPr>
              <w:spacing w:line="480" w:lineRule="auto"/>
              <w:rPr>
                <w:color w:val="000000" w:themeColor="text1"/>
              </w:rPr>
            </w:pPr>
            <w:r w:rsidRPr="00A4485E">
              <w:rPr>
                <w:color w:val="000000" w:themeColor="text1"/>
                <w:sz w:val="18"/>
              </w:rPr>
              <w:t>BDT ______________________________</w:t>
            </w: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Project Duration Approved</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Project Start Date</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Project Completion Date</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Decision</w:t>
            </w:r>
          </w:p>
        </w:tc>
        <w:tc>
          <w:tcPr>
            <w:tcW w:w="5069" w:type="dxa"/>
            <w:vAlign w:val="center"/>
          </w:tcPr>
          <w:p w:rsidR="00802EEA" w:rsidRPr="00A4485E" w:rsidRDefault="006A7D2F" w:rsidP="00810D71">
            <w:pPr>
              <w:spacing w:line="480" w:lineRule="auto"/>
              <w:rPr>
                <w:color w:val="000000" w:themeColor="text1"/>
              </w:rPr>
            </w:pPr>
            <w:r w:rsidRPr="00A4485E">
              <w:rPr>
                <w:color w:val="000000" w:themeColor="text1"/>
                <w:sz w:val="18"/>
              </w:rPr>
              <w:t>☐ Approved   ☐ Approved with Conditions   ☐ Not Approved</w:t>
            </w: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Director</w:t>
            </w:r>
            <w:r w:rsidR="00810D71">
              <w:rPr>
                <w:color w:val="000000" w:themeColor="text1"/>
                <w:sz w:val="18"/>
              </w:rPr>
              <w:t xml:space="preserve"> Name, RIC </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Signature</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Date</w:t>
            </w:r>
          </w:p>
        </w:tc>
        <w:tc>
          <w:tcPr>
            <w:tcW w:w="5069" w:type="dxa"/>
            <w:vAlign w:val="center"/>
          </w:tcPr>
          <w:p w:rsidR="00802EEA" w:rsidRPr="00A4485E" w:rsidRDefault="00802EEA" w:rsidP="00810D71">
            <w:pPr>
              <w:spacing w:line="480" w:lineRule="auto"/>
              <w:rPr>
                <w:color w:val="000000" w:themeColor="text1"/>
              </w:rPr>
            </w:pPr>
          </w:p>
        </w:tc>
      </w:tr>
      <w:tr w:rsidR="00A4485E" w:rsidRPr="00A4485E" w:rsidTr="00810D71">
        <w:trPr>
          <w:jc w:val="center"/>
        </w:trPr>
        <w:tc>
          <w:tcPr>
            <w:tcW w:w="5038" w:type="dxa"/>
            <w:vAlign w:val="center"/>
          </w:tcPr>
          <w:p w:rsidR="00802EEA" w:rsidRPr="00A4485E" w:rsidRDefault="006A7D2F" w:rsidP="00810D71">
            <w:pPr>
              <w:spacing w:line="480" w:lineRule="auto"/>
              <w:rPr>
                <w:color w:val="000000" w:themeColor="text1"/>
              </w:rPr>
            </w:pPr>
            <w:r w:rsidRPr="00A4485E">
              <w:rPr>
                <w:color w:val="000000" w:themeColor="text1"/>
                <w:sz w:val="18"/>
              </w:rPr>
              <w:t>Approval/Reference No.</w:t>
            </w:r>
          </w:p>
        </w:tc>
        <w:tc>
          <w:tcPr>
            <w:tcW w:w="5069" w:type="dxa"/>
            <w:vAlign w:val="center"/>
          </w:tcPr>
          <w:p w:rsidR="00802EEA" w:rsidRPr="00A4485E" w:rsidRDefault="00802EEA" w:rsidP="00810D71">
            <w:pPr>
              <w:spacing w:line="480" w:lineRule="auto"/>
              <w:rPr>
                <w:color w:val="000000" w:themeColor="text1"/>
              </w:rPr>
            </w:pPr>
          </w:p>
        </w:tc>
      </w:tr>
    </w:tbl>
    <w:p w:rsidR="006A7D2F" w:rsidRPr="00A4485E" w:rsidRDefault="006A7D2F">
      <w:pPr>
        <w:rPr>
          <w:color w:val="000000" w:themeColor="text1"/>
        </w:rPr>
      </w:pPr>
    </w:p>
    <w:sectPr w:rsidR="006A7D2F" w:rsidRPr="00A4485E" w:rsidSect="00A4485E">
      <w:footerReference w:type="default" r:id="rId9"/>
      <w:pgSz w:w="11907" w:h="16839" w:code="9"/>
      <w:pgMar w:top="864" w:right="1008" w:bottom="86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697" w:rsidRDefault="00922697">
      <w:pPr>
        <w:spacing w:after="0" w:line="240" w:lineRule="auto"/>
      </w:pPr>
      <w:r>
        <w:separator/>
      </w:r>
    </w:p>
  </w:endnote>
  <w:endnote w:type="continuationSeparator" w:id="0">
    <w:p w:rsidR="00922697" w:rsidRDefault="0092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492988"/>
      <w:docPartObj>
        <w:docPartGallery w:val="Page Numbers (Bottom of Page)"/>
        <w:docPartUnique/>
      </w:docPartObj>
    </w:sdtPr>
    <w:sdtContent>
      <w:sdt>
        <w:sdtPr>
          <w:id w:val="860082579"/>
          <w:docPartObj>
            <w:docPartGallery w:val="Page Numbers (Top of Page)"/>
            <w:docPartUnique/>
          </w:docPartObj>
        </w:sdtPr>
        <w:sdtContent>
          <w:p w:rsidR="003F41E3" w:rsidRDefault="003F41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D3CC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D3CC9">
              <w:rPr>
                <w:b/>
                <w:bCs/>
                <w:noProof/>
              </w:rPr>
              <w:t>13</w:t>
            </w:r>
            <w:r>
              <w:rPr>
                <w:b/>
                <w:bCs/>
                <w:sz w:val="24"/>
                <w:szCs w:val="24"/>
              </w:rPr>
              <w:fldChar w:fldCharType="end"/>
            </w:r>
          </w:p>
        </w:sdtContent>
      </w:sdt>
    </w:sdtContent>
  </w:sdt>
  <w:p w:rsidR="003F41E3" w:rsidRDefault="003F41E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697" w:rsidRDefault="00922697">
      <w:pPr>
        <w:spacing w:after="0" w:line="240" w:lineRule="auto"/>
      </w:pPr>
      <w:r>
        <w:separator/>
      </w:r>
    </w:p>
  </w:footnote>
  <w:footnote w:type="continuationSeparator" w:id="0">
    <w:p w:rsidR="00922697" w:rsidRDefault="009226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9221F0D"/>
    <w:multiLevelType w:val="hybridMultilevel"/>
    <w:tmpl w:val="EB1AE0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C54FDB"/>
    <w:multiLevelType w:val="hybridMultilevel"/>
    <w:tmpl w:val="99828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962D9"/>
    <w:multiLevelType w:val="hybridMultilevel"/>
    <w:tmpl w:val="365A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2A26BA"/>
    <w:multiLevelType w:val="hybridMultilevel"/>
    <w:tmpl w:val="E92E280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043BF"/>
    <w:rsid w:val="0015074B"/>
    <w:rsid w:val="0029639D"/>
    <w:rsid w:val="002E03E5"/>
    <w:rsid w:val="00326F90"/>
    <w:rsid w:val="003F41E3"/>
    <w:rsid w:val="006746F7"/>
    <w:rsid w:val="006862CF"/>
    <w:rsid w:val="006A7D2F"/>
    <w:rsid w:val="00707026"/>
    <w:rsid w:val="007D3CC9"/>
    <w:rsid w:val="00802EEA"/>
    <w:rsid w:val="00810D71"/>
    <w:rsid w:val="00812BC8"/>
    <w:rsid w:val="008E54AF"/>
    <w:rsid w:val="00922697"/>
    <w:rsid w:val="00957A80"/>
    <w:rsid w:val="00A4485E"/>
    <w:rsid w:val="00AA1D8D"/>
    <w:rsid w:val="00B47730"/>
    <w:rsid w:val="00CB0664"/>
    <w:rsid w:val="00D31F92"/>
    <w:rsid w:val="00DA37A4"/>
    <w:rsid w:val="00DC5414"/>
    <w:rsid w:val="00EB543F"/>
    <w:rsid w:val="00ED33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21812-A449-4AE4-A23E-6606E0146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Selim Ahmed</cp:lastModifiedBy>
  <cp:revision>11</cp:revision>
  <cp:lastPrinted>2026-08-29T11:19:00Z</cp:lastPrinted>
  <dcterms:created xsi:type="dcterms:W3CDTF">2026-08-29T09:39:00Z</dcterms:created>
  <dcterms:modified xsi:type="dcterms:W3CDTF">2026-09-01T04:46:00Z</dcterms:modified>
</cp:coreProperties>
</file>